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1400"/>
        <w:jc w:val="center"/>
      </w:pPr>
      <w:r>
        <w:rPr>
          <w:rFonts w:ascii="Noto Sans CJK SC" w:hAnsi="Noto Sans CJK SC" w:eastAsia="Noto Sans CJK SC"/>
          <w:b/>
          <w:color w:val="1F4E79"/>
          <w:sz w:val="60"/>
        </w:rPr>
        <w:t>DeepSeek Harness</w:t>
      </w:r>
    </w:p>
    <w:p>
      <w:pPr>
        <w:jc w:val="center"/>
      </w:pPr>
      <w:r>
        <w:rPr>
          <w:rFonts w:ascii="Noto Sans CJK SC" w:hAnsi="Noto Sans CJK SC" w:eastAsia="Noto Sans CJK SC"/>
          <w:b/>
          <w:sz w:val="40"/>
        </w:rPr>
        <w:t>Windows 从零部署、故障排查与日常运行手册</w:t>
      </w:r>
    </w:p>
    <w:p>
      <w:pPr>
        <w:spacing w:before="240"/>
        <w:jc w:val="center"/>
      </w:pPr>
      <w:r>
        <w:rPr>
          <w:rFonts w:ascii="Noto Sans CJK SC" w:hAnsi="Noto Sans CJK SC" w:eastAsia="Noto Sans CJK SC"/>
          <w:color w:val="5A5A5A"/>
          <w:sz w:val="24"/>
        </w:rPr>
        <w:t>实操复盘版 · 基于本次真实部署全过程整理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已验证运行环境</w:t>
        <w:br/>
        <w:t>Windows 10 10.0.19045</w:t>
        <w:br/>
        <w:t>Node.js  v24.20.0</w:t>
        <w:br/>
        <w:t>npm      11.19.0</w:t>
        <w:br/>
        <w:t>Corepack 0.35.0</w:t>
        <w:br/>
        <w:t>pnpm     11.7.0</w:t>
        <w:br/>
        <w:t>Harness  @deepseek-ai/dsh 0.1.2-rc.1（本次实际安装）</w:t>
      </w:r>
    </w:p>
    <w:p>
      <w:pPr>
        <w:spacing w:before="560"/>
        <w:jc w:val="center"/>
      </w:pPr>
      <w:r>
        <w:rPr>
          <w:rFonts w:ascii="Noto Sans CJK SC" w:hAnsi="Noto Sans CJK SC" w:eastAsia="Noto Sans CJK SC"/>
          <w:sz w:val="21"/>
        </w:rPr>
        <w:t>版本：v1.0</w:t>
        <w:br/>
        <w:t>整理日期：2026-09-17</w:t>
      </w:r>
    </w:p>
    <w:p>
      <w:r>
        <w:br w:type="page"/>
      </w:r>
    </w:p>
    <w:p>
      <w:pPr>
        <w:pStyle w:val="Heading1"/>
      </w:pPr>
      <w:r>
        <w:t>使用说明</w:t>
      </w:r>
    </w:p>
    <w:p>
      <w:r>
        <w:rPr>
          <w:rFonts w:ascii="Noto Sans CJK SC" w:hAnsi="Noto Sans CJK SC" w:eastAsia="Noto Sans CJK SC"/>
          <w:sz w:val="21"/>
        </w:rPr>
        <w:t>本手册把本次 DeepSeek Harness 从零部署到成功打开 Web UI 的全过程重新整理为可复用的技术文档。它不是聊天流水账：纯输入错误、重复操作被删去；所有有技术意义的命令、软件下载、环境准备、失败原因、诊断方法、替代路线、一键启动、进程/端口管理和测试方法均保留。</w:t>
      </w:r>
    </w:p>
    <w:p>
      <w:pPr>
        <w:pStyle w:val="Note"/>
        <w:pBdr>
          <w:left w:val="single" w:sz="12" w:space="6" w:color="5B9BD5"/>
        </w:pBdr>
      </w:pPr>
      <w:r>
        <w:rPr>
          <w:rFonts w:ascii="Noto Sans CJK SC" w:hAnsi="Noto Sans CJK SC" w:eastAsia="Noto Sans CJK SC"/>
          <w:sz w:val="19"/>
        </w:rPr>
        <w:t>本次最终成功运行的是 @deepseek-ai/dsh 0.1.2-rc.1。DeepSeek Harness 仍处于 Developer Preview，后续版本可能改变依赖、命令或 Windows 行为。手册中的“已验证”表示本次真实部署通过；“当前官方状态”则以 2026-09-17 官方仓库为基准。</w:t>
      </w:r>
    </w:p>
    <w:p>
      <w:pPr>
        <w:pStyle w:val="Heading1"/>
      </w:pPr>
      <w:r>
        <w:t>目录（主章节）</w:t>
      </w:r>
    </w:p>
    <w:p>
      <w:r>
        <w:rPr>
          <w:rFonts w:ascii="Noto Sans CJK SC" w:hAnsi="Noto Sans CJK SC" w:eastAsia="Noto Sans CJK SC"/>
          <w:sz w:val="21"/>
        </w:rPr>
        <w:t>1. 最终部署结果与目录结构</w:t>
      </w:r>
    </w:p>
    <w:p>
      <w:r>
        <w:rPr>
          <w:rFonts w:ascii="Noto Sans CJK SC" w:hAnsi="Noto Sans CJK SC" w:eastAsia="Noto Sans CJK SC"/>
          <w:sz w:val="21"/>
        </w:rPr>
        <w:t>2. 本次实际环境与软件下载</w:t>
      </w:r>
    </w:p>
    <w:p>
      <w:r>
        <w:rPr>
          <w:rFonts w:ascii="Noto Sans CJK SC" w:hAnsi="Noto Sans CJK SC" w:eastAsia="Noto Sans CJK SC"/>
          <w:sz w:val="21"/>
        </w:rPr>
        <w:t>3. Git / GitHub 基础与源码获取</w:t>
      </w:r>
    </w:p>
    <w:p>
      <w:r>
        <w:rPr>
          <w:rFonts w:ascii="Noto Sans CJK SC" w:hAnsi="Noto Sans CJK SC" w:eastAsia="Noto Sans CJK SC"/>
          <w:sz w:val="21"/>
        </w:rPr>
        <w:t>4. 源码目录确认与 Node.js 环境准备</w:t>
      </w:r>
    </w:p>
    <w:p>
      <w:r>
        <w:rPr>
          <w:rFonts w:ascii="Noto Sans CJK SC" w:hAnsi="Noto Sans CJK SC" w:eastAsia="Noto Sans CJK SC"/>
          <w:sz w:val="21"/>
        </w:rPr>
        <w:t>5. Corepack 与 pnpm 环境</w:t>
      </w:r>
    </w:p>
    <w:p>
      <w:r>
        <w:rPr>
          <w:rFonts w:ascii="Noto Sans CJK SC" w:hAnsi="Noto Sans CJK SC" w:eastAsia="Noto Sans CJK SC"/>
          <w:sz w:val="21"/>
        </w:rPr>
        <w:t>6. 源码安装尝试：fs-ext / node-gyp / Visual Studio 问题</w:t>
      </w:r>
    </w:p>
    <w:p>
      <w:r>
        <w:rPr>
          <w:rFonts w:ascii="Noto Sans CJK SC" w:hAnsi="Noto Sans CJK SC" w:eastAsia="Noto Sans CJK SC"/>
          <w:sz w:val="21"/>
        </w:rPr>
        <w:t>7. Visual Studio 无法安装后的替代策略：官方发布包</w:t>
      </w:r>
    </w:p>
    <w:p>
      <w:r>
        <w:rPr>
          <w:rFonts w:ascii="Noto Sans CJK SC" w:hAnsi="Noto Sans CJK SC" w:eastAsia="Noto Sans CJK SC"/>
          <w:sz w:val="21"/>
        </w:rPr>
        <w:t>8. pnpm 构建脚本审批与 Harness 安装</w:t>
      </w:r>
    </w:p>
    <w:p>
      <w:r>
        <w:rPr>
          <w:rFonts w:ascii="Noto Sans CJK SC" w:hAnsi="Noto Sans CJK SC" w:eastAsia="Noto Sans CJK SC"/>
          <w:sz w:val="21"/>
        </w:rPr>
        <w:t>9. 第一次启动 Harness 与 Web UI</w:t>
      </w:r>
    </w:p>
    <w:p>
      <w:r>
        <w:rPr>
          <w:rFonts w:ascii="Noto Sans CJK SC" w:hAnsi="Noto Sans CJK SC" w:eastAsia="Noto Sans CJK SC"/>
          <w:sz w:val="21"/>
        </w:rPr>
        <w:t>10. 进程、端口、token 与正常关闭</w:t>
      </w:r>
    </w:p>
    <w:p>
      <w:r>
        <w:rPr>
          <w:rFonts w:ascii="Noto Sans CJK SC" w:hAnsi="Noto Sans CJK SC" w:eastAsia="Noto Sans CJK SC"/>
          <w:sz w:val="21"/>
        </w:rPr>
        <w:t>11. Windows 一键启动 BAT 与 EADDRINUSE 排查</w:t>
      </w:r>
    </w:p>
    <w:p>
      <w:r>
        <w:rPr>
          <w:rFonts w:ascii="Noto Sans CJK SC" w:hAnsi="Noto Sans CJK SC" w:eastAsia="Noto Sans CJK SC"/>
          <w:sz w:val="21"/>
        </w:rPr>
        <w:t>12. Git 命令解释与 Shell 命令区分</w:t>
      </w:r>
    </w:p>
    <w:p>
      <w:r>
        <w:rPr>
          <w:rFonts w:ascii="Noto Sans CJK SC" w:hAnsi="Noto Sans CJK SC" w:eastAsia="Noto Sans CJK SC"/>
          <w:sz w:val="21"/>
        </w:rPr>
        <w:t>13. 故障排查总表</w:t>
      </w:r>
    </w:p>
    <w:p>
      <w:r>
        <w:rPr>
          <w:rFonts w:ascii="Noto Sans CJK SC" w:hAnsi="Noto Sans CJK SC" w:eastAsia="Noto Sans CJK SC"/>
          <w:sz w:val="21"/>
        </w:rPr>
        <w:t>14. 从零重装的推荐最短路线</w:t>
      </w:r>
    </w:p>
    <w:p>
      <w:r>
        <w:rPr>
          <w:rFonts w:ascii="Noto Sans CJK SC" w:hAnsi="Noto Sans CJK SC" w:eastAsia="Noto Sans CJK SC"/>
          <w:sz w:val="21"/>
        </w:rPr>
        <w:t>15. 源码、WSL2、Linux 等替代部署方向</w:t>
      </w:r>
    </w:p>
    <w:p>
      <w:r>
        <w:rPr>
          <w:rFonts w:ascii="Noto Sans CJK SC" w:hAnsi="Noto Sans CJK SC" w:eastAsia="Noto Sans CJK SC"/>
          <w:sz w:val="21"/>
        </w:rPr>
        <w:t>16. 测试与验收</w:t>
      </w:r>
    </w:p>
    <w:p>
      <w:r>
        <w:rPr>
          <w:rFonts w:ascii="Noto Sans CJK SC" w:hAnsi="Noto Sans CJK SC" w:eastAsia="Noto Sans CJK SC"/>
          <w:sz w:val="21"/>
        </w:rPr>
        <w:t>17. 最终状态、经验与后续边界</w:t>
      </w:r>
    </w:p>
    <w:p>
      <w:r>
        <w:rPr>
          <w:rFonts w:ascii="Noto Sans CJK SC" w:hAnsi="Noto Sans CJK SC" w:eastAsia="Noto Sans CJK SC"/>
          <w:sz w:val="21"/>
        </w:rPr>
        <w:t>附录 A. 命令速查</w:t>
      </w:r>
    </w:p>
    <w:p>
      <w:r>
        <w:rPr>
          <w:rFonts w:ascii="Noto Sans CJK SC" w:hAnsi="Noto Sans CJK SC" w:eastAsia="Noto Sans CJK SC"/>
          <w:sz w:val="21"/>
        </w:rPr>
        <w:t>附录 B. BAT 脚本全集</w:t>
      </w:r>
    </w:p>
    <w:p>
      <w:r>
        <w:rPr>
          <w:rFonts w:ascii="Noto Sans CJK SC" w:hAnsi="Noto Sans CJK SC" w:eastAsia="Noto Sans CJK SC"/>
          <w:sz w:val="21"/>
        </w:rPr>
        <w:t>附录 C. 官方资料与下载地址</w:t>
      </w:r>
    </w:p>
    <w:p>
      <w:r>
        <w:br w:type="page"/>
      </w:r>
    </w:p>
    <w:p>
      <w:pPr>
        <w:pStyle w:val="Heading1"/>
      </w:pPr>
      <w:r>
        <w:t>1. 最终部署结果与目录结构</w:t>
      </w:r>
    </w:p>
    <w:p>
      <w:r>
        <w:rPr>
          <w:rFonts w:ascii="Noto Sans CJK SC" w:hAnsi="Noto Sans CJK SC" w:eastAsia="Noto Sans CJK SC"/>
          <w:sz w:val="21"/>
        </w:rPr>
        <w:t>本次部署最后形成了两套内容：一套是从 GitHub 下载并解压的 DeepSeek Harness 源码，用于阅读和后续研究；另一套是通过 npm Registry 安装的官方发布包，用于当前稳定运行 Harness。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C:\ai\</w:t>
        <w:br/>
        <w:t>├─ deepseek-harness-master\</w:t>
        <w:br/>
        <w:t>│  └─ GitHub 下载的 Harness 源码 ZIP</w:t>
        <w:br/>
        <w:t>│     源码安装曾尝试，但因 Windows 原生编译环境问题中止</w:t>
        <w:br/>
        <w:t>│</w:t>
        <w:br/>
        <w:t>└─ dsh-app\</w:t>
        <w:br/>
        <w:t xml:space="preserve">   ├─ package.json</w:t>
        <w:br/>
        <w:t xml:space="preserve">   ├─ pnpm-lock.yaml</w:t>
        <w:br/>
        <w:t xml:space="preserve">   ├─ node_modules\</w:t>
        <w:br/>
        <w:t xml:space="preserve">   └─ @deepseek-ai/dsh</w:t>
        <w:br/>
        <w:t xml:space="preserve">      最终实际运行的 Harness</w:t>
      </w:r>
    </w:p>
    <w:p>
      <w:r>
        <w:rPr>
          <w:rFonts w:ascii="Noto Sans CJK SC" w:hAnsi="Noto Sans CJK SC" w:eastAsia="Noto Sans CJK SC"/>
          <w:sz w:val="21"/>
        </w:rPr>
        <w:t>最终手动启动命令：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cd /c/ai/dsh-app</w:t>
        <w:br/>
        <w:t>pnpm exec dsh web</w:t>
      </w:r>
    </w:p>
    <w:p>
      <w:r>
        <w:rPr>
          <w:rFonts w:ascii="Noto Sans CJK SC" w:hAnsi="Noto Sans CJK SC" w:eastAsia="Noto Sans CJK SC"/>
          <w:sz w:val="21"/>
        </w:rPr>
        <w:t>成功时的关键输出：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dsh web: http://127.0.0.1:3080/?token=……</w:t>
        <w:br/>
        <w:t>dsh web: opening the default browser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33"/>
        <w:gridCol w:w="4933"/>
      </w:tblGrid>
      <w:tr>
        <w:tc>
          <w:tcPr>
            <w:tcW w:type="dxa" w:w="4535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项目</w:t>
            </w:r>
          </w:p>
        </w:tc>
        <w:tc>
          <w:tcPr>
            <w:tcW w:type="dxa" w:w="4535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状态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Windows 本地运行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已验证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Node.js / npm / Corepack / pnpm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已验证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Harness npm 发布包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已验证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Harness Web 后端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已验证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浏览器 Web UI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已验证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3080 本地端口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已验证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基础 BAT 一键启动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已测试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DeepSeek API Provider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本轮尚未配置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Workspace 实际任务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本轮尚未验证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插件/Skill 扩展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本轮尚未开始</w:t>
            </w:r>
          </w:p>
        </w:tc>
      </w:tr>
    </w:tbl>
    <w:p>
      <w:pPr>
        <w:spacing w:after="0"/>
      </w:pPr>
    </w:p>
    <w:p>
      <w:pPr>
        <w:pStyle w:val="Heading1"/>
      </w:pPr>
      <w:r>
        <w:t>2. 本次实际环境与软件下载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操作系统：Windows 10 / Windows_NT 10.0.19045</w:t>
        <w:br/>
        <w:t>终端：Git Bash / MINGW64</w:t>
        <w:br/>
        <w:t>Git：已提前安装</w:t>
        <w:br/>
        <w:t>Node.js：v24.20.0</w:t>
        <w:br/>
        <w:t>npm：11.19.0</w:t>
        <w:br/>
        <w:t>Corepack：0.35.0</w:t>
        <w:br/>
        <w:t>pnpm：11.7.0</w:t>
        <w:br/>
        <w:t>Python：3.13.15（电脑原有，node-gyp 日志检测到）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289"/>
        <w:gridCol w:w="3289"/>
        <w:gridCol w:w="3289"/>
      </w:tblGrid>
      <w:tr>
        <w:tc>
          <w:tcPr>
            <w:tcW w:type="dxa" w:w="3118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软件/内容</w:t>
            </w:r>
          </w:p>
        </w:tc>
        <w:tc>
          <w:tcPr>
            <w:tcW w:type="dxa" w:w="2268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本次状态</w:t>
            </w:r>
          </w:p>
        </w:tc>
        <w:tc>
          <w:tcPr>
            <w:tcW w:type="dxa" w:w="3969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用途</w:t>
            </w:r>
          </w:p>
        </w:tc>
      </w:tr>
      <w:tr>
        <w:tc>
          <w:tcPr>
            <w:tcW w:type="dxa" w:w="311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 for Windows</w:t>
            </w:r>
          </w:p>
        </w:tc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此前已安装</w:t>
            </w:r>
          </w:p>
        </w:tc>
        <w:tc>
          <w:tcPr>
            <w:tcW w:type="dxa" w:w="3969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 客户端与 Git Bash</w:t>
            </w:r>
          </w:p>
        </w:tc>
      </w:tr>
      <w:tr>
        <w:tc>
          <w:tcPr>
            <w:tcW w:type="dxa" w:w="311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DeepSeek Harness 源码 ZIP</w:t>
            </w:r>
          </w:p>
        </w:tc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已下载</w:t>
            </w:r>
          </w:p>
        </w:tc>
        <w:tc>
          <w:tcPr>
            <w:tcW w:type="dxa" w:w="3969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源码阅读与开发尝试</w:t>
            </w:r>
          </w:p>
        </w:tc>
      </w:tr>
      <w:tr>
        <w:tc>
          <w:tcPr>
            <w:tcW w:type="dxa" w:w="311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Node.js 24.20.0 LTS x64 MSI</w:t>
            </w:r>
          </w:p>
        </w:tc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本次安装</w:t>
            </w:r>
          </w:p>
        </w:tc>
        <w:tc>
          <w:tcPr>
            <w:tcW w:type="dxa" w:w="3969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Harness/Node 运行环境</w:t>
            </w:r>
          </w:p>
        </w:tc>
      </w:tr>
      <w:tr>
        <w:tc>
          <w:tcPr>
            <w:tcW w:type="dxa" w:w="311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npm 11.19.0</w:t>
            </w:r>
          </w:p>
        </w:tc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随 Node 安装</w:t>
            </w:r>
          </w:p>
        </w:tc>
        <w:tc>
          <w:tcPr>
            <w:tcW w:type="dxa" w:w="3969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Node 包管理器</w:t>
            </w:r>
          </w:p>
        </w:tc>
      </w:tr>
      <w:tr>
        <w:tc>
          <w:tcPr>
            <w:tcW w:type="dxa" w:w="311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Corepack 0.35.0</w:t>
            </w:r>
          </w:p>
        </w:tc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Node 环境提供</w:t>
            </w:r>
          </w:p>
        </w:tc>
        <w:tc>
          <w:tcPr>
            <w:tcW w:type="dxa" w:w="3969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管理 pnpm 版本</w:t>
            </w:r>
          </w:p>
        </w:tc>
      </w:tr>
      <w:tr>
        <w:tc>
          <w:tcPr>
            <w:tcW w:type="dxa" w:w="311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pnpm 11.7.0</w:t>
            </w:r>
          </w:p>
        </w:tc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Corepack 激活</w:t>
            </w:r>
          </w:p>
        </w:tc>
        <w:tc>
          <w:tcPr>
            <w:tcW w:type="dxa" w:w="3969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Harness 指定包管理器</w:t>
            </w:r>
          </w:p>
        </w:tc>
      </w:tr>
      <w:tr>
        <w:tc>
          <w:tcPr>
            <w:tcW w:type="dxa" w:w="311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@deepseek-ai/dsh 0.1.2-rc.1</w:t>
            </w:r>
          </w:p>
        </w:tc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pnpm 安装</w:t>
            </w:r>
          </w:p>
        </w:tc>
        <w:tc>
          <w:tcPr>
            <w:tcW w:type="dxa" w:w="3969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本次最终运行的 Harness</w:t>
            </w:r>
          </w:p>
        </w:tc>
      </w:tr>
      <w:tr>
        <w:tc>
          <w:tcPr>
            <w:tcW w:type="dxa" w:w="311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Python 3.13.15</w:t>
            </w:r>
          </w:p>
        </w:tc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电脑原有</w:t>
            </w:r>
          </w:p>
        </w:tc>
        <w:tc>
          <w:tcPr>
            <w:tcW w:type="dxa" w:w="3969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node-gyp 检测到；不是本次失败点</w:t>
            </w:r>
          </w:p>
        </w:tc>
      </w:tr>
      <w:tr>
        <w:tc>
          <w:tcPr>
            <w:tcW w:type="dxa" w:w="311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Visual Studio C++ Build Tools</w:t>
            </w:r>
          </w:p>
        </w:tc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尝试方向但无法安装</w:t>
            </w:r>
          </w:p>
        </w:tc>
        <w:tc>
          <w:tcPr>
            <w:tcW w:type="dxa" w:w="3969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源码原生 C++ 模块编译所需</w:t>
            </w:r>
          </w:p>
        </w:tc>
      </w:tr>
    </w:tbl>
    <w:p>
      <w:pPr>
        <w:spacing w:after="0"/>
      </w:pPr>
    </w:p>
    <w:p>
      <w:pPr>
        <w:pStyle w:val="Heading2"/>
      </w:pPr>
      <w:r>
        <w:t>2.1 推荐官方下载地址</w:t>
      </w:r>
    </w:p>
    <w:p>
      <w:r>
        <w:rPr>
          <w:rFonts w:ascii="Noto Sans CJK SC" w:hAnsi="Noto Sans CJK SC" w:eastAsia="Noto Sans CJK SC"/>
          <w:b/>
        </w:rPr>
        <w:t>Git for Windows：</w:t>
      </w:r>
      <w:hyperlink r:id="rId11">
        <w:r>
          <w:rPr>
            <w:color w:val="0563C1"/>
            <w:u w:val="single"/>
          </w:rPr>
          <w:t>https://git-scm.com/download/win</w:t>
        </w:r>
      </w:hyperlink>
    </w:p>
    <w:p>
      <w:r>
        <w:rPr>
          <w:rFonts w:ascii="Noto Sans CJK SC" w:hAnsi="Noto Sans CJK SC" w:eastAsia="Noto Sans CJK SC"/>
          <w:b/>
        </w:rPr>
        <w:t>Node.js 下载：</w:t>
      </w:r>
      <w:hyperlink r:id="rId12">
        <w:r>
          <w:rPr>
            <w:color w:val="0563C1"/>
            <w:u w:val="single"/>
          </w:rPr>
          <w:t>https://nodejs.org/en/download</w:t>
        </w:r>
      </w:hyperlink>
    </w:p>
    <w:p>
      <w:r>
        <w:rPr>
          <w:rFonts w:ascii="Noto Sans CJK SC" w:hAnsi="Noto Sans CJK SC" w:eastAsia="Noto Sans CJK SC"/>
          <w:b/>
        </w:rPr>
        <w:t>DeepSeek Harness 官方 GitHub：</w:t>
      </w:r>
      <w:hyperlink r:id="rId13">
        <w:r>
          <w:rPr>
            <w:color w:val="0563C1"/>
            <w:u w:val="single"/>
          </w:rPr>
          <w:t>https://github.com/deepseek-ai/deepseek-harness</w:t>
        </w:r>
      </w:hyperlink>
    </w:p>
    <w:p>
      <w:r>
        <w:rPr>
          <w:rFonts w:ascii="Noto Sans CJK SC" w:hAnsi="Noto Sans CJK SC" w:eastAsia="Noto Sans CJK SC"/>
          <w:b/>
        </w:rPr>
        <w:t>Visual Studio C++ Build Tools：</w:t>
      </w:r>
      <w:hyperlink r:id="rId14">
        <w:r>
          <w:rPr>
            <w:color w:val="0563C1"/>
            <w:u w:val="single"/>
          </w:rPr>
          <w:t>https://visualstudio.microsoft.com/visual-cpp-build-tools/</w:t>
        </w:r>
      </w:hyperlink>
    </w:p>
    <w:p>
      <w:pPr>
        <w:pStyle w:val="Heading1"/>
      </w:pPr>
      <w:r>
        <w:t>3. Git / GitHub 基础与源码获取</w:t>
      </w:r>
    </w:p>
    <w:p>
      <w:pPr>
        <w:pStyle w:val="Heading2"/>
      </w:pPr>
      <w:r>
        <w:t>3.1 Git 与 GitHub 不是同一个东西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Git     = 安装在电脑上的版本控制程序</w:t>
        <w:br/>
        <w:t>GitHub  = 在线托管 Git 仓库的网站</w:t>
      </w:r>
    </w:p>
    <w:p>
      <w:r>
        <w:rPr>
          <w:rFonts w:ascii="Noto Sans CJK SC" w:hAnsi="Noto Sans CJK SC" w:eastAsia="Noto Sans CJK SC"/>
          <w:sz w:val="21"/>
        </w:rPr>
        <w:t>例如：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git clone https://github.com/deepseek-ai/deepseek-harness.git</w:t>
      </w:r>
    </w:p>
    <w:p>
      <w:r>
        <w:rPr>
          <w:rFonts w:ascii="Noto Sans CJK SC" w:hAnsi="Noto Sans CJK SC" w:eastAsia="Noto Sans CJK SC"/>
          <w:sz w:val="21"/>
        </w:rPr>
        <w:t>可以拆成：git = 调用 Git 程序；clone = Git 的“克隆仓库”子命令；后面的 URL = 远程仓库地址。</w:t>
      </w:r>
    </w:p>
    <w:p>
      <w:pPr>
        <w:pStyle w:val="Heading2"/>
      </w:pPr>
      <w:r>
        <w:t>3.2 Git Bash 提示符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Administrator@BG-20230212CXSA MINGW64 ~ (master)</w:t>
        <w:br/>
        <w:t>$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33"/>
        <w:gridCol w:w="4933"/>
      </w:tblGrid>
      <w:tr>
        <w:tc>
          <w:tcPr>
            <w:tcW w:type="dxa" w:w="3402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片段</w:t>
            </w:r>
          </w:p>
        </w:tc>
        <w:tc>
          <w:tcPr>
            <w:tcW w:type="dxa" w:w="5669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含义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Administrator</w:t>
            </w:r>
          </w:p>
        </w:tc>
        <w:tc>
          <w:tcPr>
            <w:tcW w:type="dxa" w:w="5669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当前 Windows 用户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BG-20230212CXSA</w:t>
            </w:r>
          </w:p>
        </w:tc>
        <w:tc>
          <w:tcPr>
            <w:tcW w:type="dxa" w:w="5669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电脑名称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MINGW64</w:t>
            </w:r>
          </w:p>
        </w:tc>
        <w:tc>
          <w:tcPr>
            <w:tcW w:type="dxa" w:w="5669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 Bash 环境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~</w:t>
            </w:r>
          </w:p>
        </w:tc>
        <w:tc>
          <w:tcPr>
            <w:tcW w:type="dxa" w:w="5669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当前用户主目录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$</w:t>
            </w:r>
          </w:p>
        </w:tc>
        <w:tc>
          <w:tcPr>
            <w:tcW w:type="dxa" w:w="5669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终端等待输入命令</w:t>
            </w:r>
          </w:p>
        </w:tc>
      </w:tr>
    </w:tbl>
    <w:p>
      <w:pPr>
        <w:spacing w:after="0"/>
      </w:pPr>
    </w:p>
    <w:p>
      <w:pPr>
        <w:pStyle w:val="Heading2"/>
      </w:pPr>
      <w:r>
        <w:t>3.3 检查 Git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git --version</w:t>
      </w:r>
    </w:p>
    <w:p>
      <w:r>
        <w:rPr>
          <w:rFonts w:ascii="Noto Sans CJK SC" w:hAnsi="Noto Sans CJK SC" w:eastAsia="Noto Sans CJK SC"/>
          <w:sz w:val="21"/>
        </w:rPr>
        <w:t>作用：检查 Git 是否安装并输出版本。单独执行 git 会显示帮助和常用子命令，这不是报错，反而说明 Git 可以正常运行。</w:t>
      </w:r>
    </w:p>
    <w:p>
      <w:pPr>
        <w:pStyle w:val="Heading2"/>
      </w:pPr>
      <w:r>
        <w:t>3.4 第一次尝试 git clone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git clone https://github.com/deepseek-ai/deepseek-harness.git</w:t>
      </w:r>
    </w:p>
    <w:p>
      <w:r>
        <w:rPr>
          <w:rFonts w:ascii="Noto Sans CJK SC" w:hAnsi="Noto Sans CJK SC" w:eastAsia="Noto Sans CJK SC"/>
          <w:sz w:val="21"/>
        </w:rPr>
        <w:t>clone 不是独立程序，所以不能只输入 clone。必须写成 git clone。复制命令时，应复制纯 URL，不要把网页 Markdown 链接格式 [URL](URL) 一并粘进终端。</w:t>
      </w:r>
    </w:p>
    <w:p>
      <w:pPr>
        <w:pStyle w:val="Heading2"/>
      </w:pPr>
      <w:r>
        <w:t>3.5 GitHub 443 连接失败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fatal: unable to access ...</w:t>
        <w:br/>
        <w:t>Failed to connect to github.com:443</w:t>
        <w:br/>
        <w:t>Could not connect to server</w:t>
      </w:r>
    </w:p>
    <w:p>
      <w:r>
        <w:rPr>
          <w:rFonts w:ascii="Noto Sans CJK SC" w:hAnsi="Noto Sans CJK SC" w:eastAsia="Noto Sans CJK SC"/>
          <w:sz w:val="21"/>
        </w:rPr>
        <w:t>这说明 Git 通过 HTTPS 访问 GitHub 的 443 端口失败。它不等于 Git 未安装，也与尚未配置 Git 用户名/邮箱无直接关系。</w:t>
      </w:r>
    </w:p>
    <w:p>
      <w:r>
        <w:rPr>
          <w:rFonts w:ascii="Noto Sans CJK SC" w:hAnsi="Noto Sans CJK SC" w:eastAsia="Noto Sans CJK SC"/>
          <w:sz w:val="21"/>
        </w:rPr>
        <w:t>可用诊断命令：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curl -I https://github.com</w:t>
        <w:br/>
        <w:t>git ls-remote https://github.com/deepseek-ai/deepseek-harness.git</w:t>
      </w:r>
    </w:p>
    <w:p>
      <w:r>
        <w:rPr>
          <w:rFonts w:ascii="Noto Sans CJK SC" w:hAnsi="Noto Sans CJK SC" w:eastAsia="Noto Sans CJK SC"/>
          <w:sz w:val="21"/>
        </w:rPr>
        <w:t>curl -I 用来测试 HTTPS 响应头；git ls-remote 不下载完整项目，只测试 Git 对远程仓库的访问并列出远程引用。</w:t>
      </w:r>
    </w:p>
    <w:p>
      <w:pPr>
        <w:pStyle w:val="Heading2"/>
      </w:pPr>
      <w:r>
        <w:t>3.6 为什么没有先配置 Git 用户名和邮箱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git config --global user.name "Your Name"</w:t>
        <w:br/>
        <w:t>git config --global user.email "you@example.com"</w:t>
      </w:r>
    </w:p>
    <w:p>
      <w:r>
        <w:rPr>
          <w:rFonts w:ascii="Noto Sans CJK SC" w:hAnsi="Noto Sans CJK SC" w:eastAsia="Noto Sans CJK SC"/>
          <w:sz w:val="21"/>
        </w:rPr>
        <w:t>这两项主要用于 git commit 的作者信息。克隆公开仓库时并不是前置条件，因此本次没有把 Git 身份配置当作下载失败的原因。</w:t>
      </w:r>
    </w:p>
    <w:p>
      <w:pPr>
        <w:pStyle w:val="Heading2"/>
      </w:pPr>
      <w:r>
        <w:t>3.7 Git 无法 Clone 时的 ZIP 替代路线</w:t>
      </w:r>
    </w:p>
    <w:p>
      <w:r>
        <w:rPr>
          <w:rFonts w:ascii="Noto Sans CJK SC" w:hAnsi="Noto Sans CJK SC" w:eastAsia="Noto Sans CJK SC"/>
          <w:sz w:val="21"/>
        </w:rPr>
        <w:t>因为 GitHub Clone 网络失败，但源码已经通过浏览器下载，我们采用 GitHub “Download ZIP” 作为替代。解压后目录为：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C:\ai\deepseek-harness-master</w:t>
      </w:r>
    </w:p>
    <w:p>
      <w:r>
        <w:rPr>
          <w:rFonts w:ascii="Noto Sans CJK SC" w:hAnsi="Noto Sans CJK SC" w:eastAsia="Noto Sans CJK SC"/>
          <w:sz w:val="21"/>
        </w:rPr>
        <w:t>这条路线允许继续阅读和尝试构建源码。</w:t>
      </w:r>
    </w:p>
    <w:p>
      <w:pPr>
        <w:pStyle w:val="Heading2"/>
      </w:pPr>
      <w:r>
        <w:t>3.8 ZIP 与 git clone 的区别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289"/>
        <w:gridCol w:w="3289"/>
        <w:gridCol w:w="3289"/>
      </w:tblGrid>
      <w:tr>
        <w:tc>
          <w:tcPr>
            <w:tcW w:type="dxa" w:w="2268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方式</w:t>
            </w:r>
          </w:p>
        </w:tc>
        <w:tc>
          <w:tcPr>
            <w:tcW w:type="dxa" w:w="3402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得到什么</w:t>
            </w:r>
          </w:p>
        </w:tc>
        <w:tc>
          <w:tcPr>
            <w:tcW w:type="dxa" w:w="4535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后续能力</w:t>
            </w:r>
          </w:p>
        </w:tc>
      </w:tr>
      <w:tr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 clone</w:t>
            </w:r>
          </w:p>
        </w:tc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工作文件 + .git 元数据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可使用 git status / log / pull / branch 等，适合长期开发</w:t>
            </w:r>
          </w:p>
        </w:tc>
      </w:tr>
      <w:tr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Download ZIP</w:t>
            </w:r>
          </w:p>
        </w:tc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某一时刻的源码快照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通常没有 .git，不能直接 git pull，适合网络受限或快速获取源码</w:t>
            </w:r>
          </w:p>
        </w:tc>
      </w:tr>
    </w:tbl>
    <w:p>
      <w:pPr>
        <w:spacing w:after="0"/>
      </w:pPr>
    </w:p>
    <w:p>
      <w:pPr>
        <w:pStyle w:val="Heading1"/>
      </w:pPr>
      <w:r>
        <w:t>4. 源码目录确认与 Node.js 环境准备</w:t>
      </w:r>
    </w:p>
    <w:p>
      <w:pPr>
        <w:pStyle w:val="Heading2"/>
      </w:pPr>
      <w:r>
        <w:t>4.1 确认当前目录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pwd</w:t>
      </w:r>
    </w:p>
    <w:p>
      <w:r>
        <w:rPr>
          <w:rFonts w:ascii="Noto Sans CJK SC" w:hAnsi="Noto Sans CJK SC" w:eastAsia="Noto Sans CJK SC"/>
          <w:sz w:val="21"/>
        </w:rPr>
        <w:t>pwd = Print Working Directory，用于显示当前所在目录。Git Bash 中 /c/ai/deepseek-harness-master 与 Windows 的 C:\ai\deepseek-harness-master 是同一位置。</w:t>
      </w:r>
    </w:p>
    <w:p>
      <w:pPr>
        <w:pStyle w:val="Heading2"/>
      </w:pPr>
      <w:r>
        <w:t>4.2 查看源码文件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ls</w:t>
      </w:r>
    </w:p>
    <w:p>
      <w:r>
        <w:rPr>
          <w:rFonts w:ascii="Noto Sans CJK SC" w:hAnsi="Noto Sans CJK SC" w:eastAsia="Noto Sans CJK SC"/>
          <w:sz w:val="21"/>
        </w:rPr>
        <w:t>ls = List，用于列出当前目录文件。实际看到 AGENTS.md、README.md、README.zh.md、package.json、pnpm-lock.yaml、pnpm-workspace.yaml、apps/、docs/、packages/、python/、scripts/、vendor/、website/ 等，确认 ZIP 源码结构完整。</w:t>
      </w:r>
    </w:p>
    <w:p>
      <w:pPr>
        <w:pStyle w:val="Heading2"/>
      </w:pPr>
      <w:r>
        <w:t>4.3 检查 Node.js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node --version</w:t>
      </w:r>
    </w:p>
    <w:p>
      <w:r>
        <w:rPr>
          <w:rFonts w:ascii="Noto Sans CJK SC" w:hAnsi="Noto Sans CJK SC" w:eastAsia="Noto Sans CJK SC"/>
          <w:sz w:val="21"/>
        </w:rPr>
        <w:t>当时返回 node: command not found，说明系统还没有可用的 Node.js。Harness 依赖 Node.js / TypeScript 生态，因此必须先补齐 Node 环境。</w:t>
      </w:r>
    </w:p>
    <w:p>
      <w:pPr>
        <w:pStyle w:val="Heading2"/>
      </w:pPr>
      <w:r>
        <w:t>4.4 Node.js 下载选择</w:t>
      </w:r>
    </w:p>
    <w:p>
      <w:r>
        <w:rPr>
          <w:rFonts w:ascii="Noto Sans CJK SC" w:hAnsi="Noto Sans CJK SC" w:eastAsia="Noto Sans CJK SC"/>
          <w:sz w:val="21"/>
        </w:rPr>
        <w:t>Node.js 官网当时展示了 “using Docker” 的选项，但本次目标是 Windows 原生部署，所以没有选择 Docker，而选择预编译 Windows x64 的 .msi 安装包。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Node.js v24.20.0 LTS</w:t>
        <w:br/>
        <w:t>OS: Windows</w:t>
        <w:br/>
        <w:t>Architecture: x64</w:t>
        <w:br/>
        <w:t>Package: Windows Installer (.msi)</w:t>
      </w:r>
    </w:p>
    <w:p>
      <w:r>
        <w:rPr>
          <w:rFonts w:ascii="Noto Sans CJK SC" w:hAnsi="Noto Sans CJK SC" w:eastAsia="Noto Sans CJK SC"/>
          <w:sz w:val="21"/>
        </w:rPr>
        <w:t>选择 .msi 的原因是它能自动安装 Node.js 与 npm，并处理 PATH；ZIP 版通常还需手动配置环境变量。</w:t>
      </w:r>
    </w:p>
    <w:p>
      <w:pPr>
        <w:pStyle w:val="Heading2"/>
      </w:pPr>
      <w:r>
        <w:t>4.5 安装后重新打开 Git Bash</w:t>
      </w:r>
    </w:p>
    <w:p>
      <w:r>
        <w:rPr>
          <w:rFonts w:ascii="Noto Sans CJK SC" w:hAnsi="Noto Sans CJK SC" w:eastAsia="Noto Sans CJK SC"/>
          <w:sz w:val="21"/>
        </w:rPr>
        <w:t>Node 安装后关闭旧 Git Bash，再重新打开。原因是已打开的终端可能仍持有安装前的 PATH，重新打开后才能重新读取环境变量。</w:t>
      </w:r>
    </w:p>
    <w:p>
      <w:pPr>
        <w:pStyle w:val="Heading2"/>
      </w:pPr>
      <w:r>
        <w:t>4.6 验证 Node 与 npm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node --version</w:t>
        <w:br/>
        <w:t>npm --version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实际结果：</w:t>
        <w:br/>
        <w:t>v24.20.0</w:t>
        <w:br/>
        <w:t>11.19.0</w:t>
      </w:r>
    </w:p>
    <w:p>
      <w:r>
        <w:rPr>
          <w:rFonts w:ascii="Noto Sans CJK SC" w:hAnsi="Noto Sans CJK SC" w:eastAsia="Noto Sans CJK SC"/>
          <w:sz w:val="21"/>
        </w:rPr>
        <w:t>Node.js 是 JavaScript/TypeScript 的运行环境；npm 是 Node Package Manager，随 Node.js 安装，用来安装和管理 Node 软件包。</w:t>
      </w:r>
    </w:p>
    <w:p>
      <w:pPr>
        <w:pStyle w:val="Heading1"/>
      </w:pPr>
      <w:r>
        <w:t>5. Corepack 与 pnpm 环境</w:t>
      </w:r>
    </w:p>
    <w:p>
      <w:pPr>
        <w:pStyle w:val="Heading2"/>
      </w:pPr>
      <w:r>
        <w:t>5.1 检查 Corepack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corepack --version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实际结果：0.35.0</w:t>
      </w:r>
    </w:p>
    <w:p>
      <w:r>
        <w:rPr>
          <w:rFonts w:ascii="Noto Sans CJK SC" w:hAnsi="Noto Sans CJK SC" w:eastAsia="Noto Sans CJK SC"/>
          <w:sz w:val="21"/>
        </w:rPr>
        <w:t>Corepack 用于管理 pnpm / Yarn 等包管理器版本。</w:t>
      </w:r>
    </w:p>
    <w:p>
      <w:pPr>
        <w:pStyle w:val="Heading2"/>
      </w:pPr>
      <w:r>
        <w:t>5.2 启用 Corepack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corepack enable</w:t>
      </w:r>
    </w:p>
    <w:p>
      <w:r>
        <w:rPr>
          <w:rFonts w:ascii="Noto Sans CJK SC" w:hAnsi="Noto Sans CJK SC" w:eastAsia="Noto Sans CJK SC"/>
          <w:sz w:val="21"/>
        </w:rPr>
        <w:t>作用：启用 Corepack 提供的包管理器代理。</w:t>
      </w:r>
    </w:p>
    <w:p>
      <w:pPr>
        <w:pStyle w:val="Heading2"/>
      </w:pPr>
      <w:r>
        <w:t>5.3 准备项目指定的 pnpm 11.7.0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corepack prepare pnpm@11.7.0 --activate</w:t>
        <w:br/>
        <w:t>pnpm --version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实际结果：11.7.0</w:t>
      </w:r>
    </w:p>
    <w:p>
      <w:r>
        <w:rPr>
          <w:rFonts w:ascii="Noto Sans CJK SC" w:hAnsi="Noto Sans CJK SC" w:eastAsia="Noto Sans CJK SC"/>
          <w:sz w:val="21"/>
        </w:rPr>
        <w:t>安装过程中 pnpm 曾提示 11.7.0 可以升级到 12.x，但我们没有升级，因为 Harness 仓库固定了 pnpm@11.7.0。工程依赖应优先遵循项目已验证版本，而不是机械追求最新版本。</w:t>
      </w:r>
    </w:p>
    <w:p>
      <w:pPr>
        <w:pStyle w:val="Heading1"/>
      </w:pPr>
      <w:r>
        <w:t>6. 源码安装尝试：fs-ext / node-gyp / Visual Studio 问题</w:t>
      </w:r>
    </w:p>
    <w:p>
      <w:pPr>
        <w:pStyle w:val="Heading2"/>
      </w:pPr>
      <w:r>
        <w:t>6.1 在源码目录执行 pnpm install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pnpm install</w:t>
      </w:r>
    </w:p>
    <w:p>
      <w:r>
        <w:rPr>
          <w:rFonts w:ascii="Noto Sans CJK SC" w:hAnsi="Noto Sans CJK SC" w:eastAsia="Noto Sans CJK SC"/>
          <w:sz w:val="21"/>
        </w:rPr>
        <w:t>这一步读取 package.json、pnpm-lock.yaml 和 pnpm-workspace.yaml，为整个 DeepSeek Harness Monorepo 安装开发与构建依赖。它不同于“安装一个已经发布好的应用”，而是在准备完整源码开发环境。</w:t>
      </w:r>
    </w:p>
    <w:p>
      <w:pPr>
        <w:pStyle w:val="Heading2"/>
      </w:pPr>
      <w:r>
        <w:t>6.2 正常下载阶段</w:t>
      </w:r>
    </w:p>
    <w:p>
      <w:r>
        <w:rPr>
          <w:rFonts w:ascii="Noto Sans CJK SC" w:hAnsi="Noto Sans CJK SC" w:eastAsia="Noto Sans CJK SC"/>
          <w:sz w:val="21"/>
        </w:rPr>
        <w:t>安装首先通过了 Lockfile 供应链策略检查，然后下载大量依赖。过程中出现 tarball 下载速度低的 WARN；这是网络速度警告，并不是最终失败原因。还下载了 sharp、mermaid、node-pty、Anthropic Claude Agent SDK、OpenAI Codex 等依赖。</w:t>
      </w:r>
    </w:p>
    <w:p>
      <w:pPr>
        <w:pStyle w:val="Heading2"/>
      </w:pPr>
      <w:r>
        <w:t>6.3 真正失败位置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fs-ext@2.1.1</w:t>
        <w:br/>
        <w:t>install$ node-gyp configure build</w:t>
        <w:br/>
        <w:t>...</w:t>
        <w:br/>
        <w:t>gyp ERR! find VS</w:t>
        <w:br/>
        <w:t>gyp ERR! stack Error: Could not find any Visual Studio installation to use</w:t>
      </w:r>
    </w:p>
    <w:p>
      <w:r>
        <w:rPr>
          <w:rFonts w:ascii="Noto Sans CJK SC" w:hAnsi="Noto Sans CJK SC" w:eastAsia="Noto Sans CJK SC"/>
          <w:sz w:val="21"/>
        </w:rPr>
        <w:t>node-gyp 是 Node.js 原生扩展常用的构建工具。这里 fs-ext 需要 C/C++ 编译，因此 Windows 必须提供本地 C/C++ 编译工具链。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fs-ext</w:t>
        <w:br/>
        <w:t xml:space="preserve">  ↓</w:t>
        <w:br/>
        <w:t>Node.js 原生模块</w:t>
        <w:br/>
        <w:t xml:space="preserve">  ↓</w:t>
        <w:br/>
        <w:t>node-gyp</w:t>
        <w:br/>
        <w:t xml:space="preserve">  ↓</w:t>
        <w:br/>
        <w:t>C/C++ 编译</w:t>
        <w:br/>
        <w:t xml:space="preserve">  ↓</w:t>
        <w:br/>
        <w:t>Windows 需要 MSVC + Windows SDK</w:t>
      </w:r>
    </w:p>
    <w:p>
      <w:pPr>
        <w:pStyle w:val="Heading2"/>
      </w:pPr>
      <w:r>
        <w:t>6.4 Python 不是失败点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gyp info find Python using Python version 3.13.15</w:t>
      </w:r>
    </w:p>
    <w:p>
      <w:r>
        <w:rPr>
          <w:rFonts w:ascii="Noto Sans CJK SC" w:hAnsi="Noto Sans CJK SC" w:eastAsia="Noto Sans CJK SC"/>
          <w:sz w:val="21"/>
        </w:rPr>
        <w:t>这行证明 node-gyp 已经找到 Python 3.13.15，所以不需要重复安装 Python。真正缺失的是 Visual Studio C++ / MSVC 工具链。</w:t>
      </w:r>
    </w:p>
    <w:p>
      <w:pPr>
        <w:pStyle w:val="Heading2"/>
      </w:pPr>
      <w:r>
        <w:t>6.5 标准解决方案：Visual Studio C++ Build Tools</w:t>
      </w:r>
    </w:p>
    <w:p>
      <w:r>
        <w:rPr>
          <w:rFonts w:ascii="Noto Sans CJK SC" w:hAnsi="Noto Sans CJK SC" w:eastAsia="Noto Sans CJK SC"/>
          <w:sz w:val="21"/>
        </w:rPr>
        <w:t>理论上的标准修复方案是安装 Visual Studio Build Tools，并选择 “Desktop development with C++ / 使用 C++ 的桌面开发”，至少包含 MSVC x64/x86 Build Tools 与 Windows SDK。之后重新执行 pnpm install。</w:t>
      </w:r>
    </w:p>
    <w:p>
      <w:pPr>
        <w:pStyle w:val="Note"/>
        <w:pBdr>
          <w:left w:val="single" w:sz="12" w:space="6" w:color="5B9BD5"/>
        </w:pBdr>
      </w:pPr>
      <w:r>
        <w:rPr>
          <w:rFonts w:ascii="Noto Sans CJK SC" w:hAnsi="Noto Sans CJK SC" w:eastAsia="Noto Sans CJK SC"/>
          <w:sz w:val="19"/>
        </w:rPr>
        <w:t>本次电脑无法正常安装 Visual Studio / Build Tools，因此没有继续死磕源码完整构建，而是改走官方发布包路线。</w:t>
      </w:r>
    </w:p>
    <w:p>
      <w:pPr>
        <w:pStyle w:val="Heading1"/>
      </w:pPr>
      <w:r>
        <w:t>7. Visual Studio 无法安装后的替代策略：官方发布包</w:t>
      </w:r>
    </w:p>
    <w:p>
      <w:r>
        <w:rPr>
          <w:rFonts w:ascii="Noto Sans CJK SC" w:hAnsi="Noto Sans CJK SC" w:eastAsia="Noto Sans CJK SC"/>
          <w:sz w:val="21"/>
        </w:rPr>
        <w:t>这次最重要的策略调整是：先明确目标只是“运行并使用 Harness”，不是立即修改 Harness 内核源码。源码开发环境失败，不代表软件本身无法使用。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源码开发路线：</w:t>
        <w:br/>
        <w:t>源码 → 安装整个 Monorepo → 原生依赖编译 → 构建 → 运行</w:t>
        <w:br/>
        <w:br/>
        <w:t>发布包路线：</w:t>
        <w:br/>
        <w:t>Node.js → 安装 @deepseek-ai/dsh → 直接运行 dsh web</w:t>
      </w:r>
    </w:p>
    <w:p>
      <w:r>
        <w:rPr>
          <w:rFonts w:ascii="Noto Sans CJK SC" w:hAnsi="Noto Sans CJK SC" w:eastAsia="Noto Sans CJK SC"/>
          <w:sz w:val="21"/>
        </w:rPr>
        <w:t>因此保留 C:\ai\deepseek-harness-master 供以后阅读源码，但另建一个独立运行目录。</w:t>
      </w:r>
    </w:p>
    <w:p>
      <w:pPr>
        <w:pStyle w:val="Heading2"/>
      </w:pPr>
      <w:r>
        <w:t>7.1 创建运行目录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cd /c/ai</w:t>
        <w:br/>
        <w:t>mkdir dsh-app</w:t>
        <w:br/>
        <w:t>cd dsh-app</w:t>
      </w:r>
    </w:p>
    <w:p>
      <w:r>
        <w:rPr>
          <w:rFonts w:ascii="Noto Sans CJK SC" w:hAnsi="Noto Sans CJK SC" w:eastAsia="Noto Sans CJK SC"/>
          <w:sz w:val="21"/>
        </w:rPr>
        <w:t>cd = Change Directory，切换目录；mkdir = Make Directory，新建文件夹。最终运行目录为 C:\ai\dsh-app。</w:t>
      </w:r>
    </w:p>
    <w:p>
      <w:pPr>
        <w:pStyle w:val="Heading2"/>
      </w:pPr>
      <w:r>
        <w:t>7.2 初始化 Node 项目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npm init -y</w:t>
      </w:r>
    </w:p>
    <w:p>
      <w:r>
        <w:rPr>
          <w:rFonts w:ascii="Noto Sans CJK SC" w:hAnsi="Noto Sans CJK SC" w:eastAsia="Noto Sans CJK SC"/>
          <w:sz w:val="21"/>
        </w:rPr>
        <w:t>npm init 初始化一个 Node 项目；-y 表示使用默认答案，自动生成 package.json。</w:t>
      </w:r>
    </w:p>
    <w:p>
      <w:pPr>
        <w:pStyle w:val="Heading2"/>
      </w:pPr>
      <w:r>
        <w:t>7.3 安装官方 Harness 发布包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pnpm add @deepseek-ai/dsh</w:t>
      </w:r>
    </w:p>
    <w:p>
      <w:r>
        <w:rPr>
          <w:rFonts w:ascii="Noto Sans CJK SC" w:hAnsi="Noto Sans CJK SC" w:eastAsia="Noto Sans CJK SC"/>
          <w:sz w:val="21"/>
        </w:rPr>
        <w:t>pnpm add 会把 @deepseek-ai/dsh 加到当前 dsh-app 项目的依赖中。它与源码目录里的 pnpm install 目的完全不同。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本次实际安装结果：</w:t>
        <w:br/>
        <w:t>dependencies:</w:t>
        <w:br/>
        <w:t>+ @deepseek-ai/dsh 0.1.2-rc.1</w:t>
        <w:br/>
        <w:t>Packages: +499</w:t>
      </w:r>
    </w:p>
    <w:p>
      <w:pPr>
        <w:pStyle w:val="Heading1"/>
      </w:pPr>
      <w:r>
        <w:t>8. pnpm 构建脚本审批与 Harness 安装</w:t>
      </w:r>
    </w:p>
    <w:p>
      <w:pPr>
        <w:pStyle w:val="Heading2"/>
      </w:pPr>
      <w:r>
        <w:t>8.1 Peer Dependency 警告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Issues with peer dependencies found. Run "pnpm peers check" to list them.</w:t>
      </w:r>
    </w:p>
    <w:p>
      <w:r>
        <w:rPr>
          <w:rFonts w:ascii="Noto Sans CJK SC" w:hAnsi="Noto Sans CJK SC" w:eastAsia="Noto Sans CJK SC"/>
          <w:sz w:val="21"/>
        </w:rPr>
        <w:t>这是依赖关系警告，并未阻止本次 Harness 安装。判断安装是否真正失败，应重点关注 ERR、failed、exit code 等致命信息，而不是看到 WARN 就停止。</w:t>
      </w:r>
    </w:p>
    <w:p>
      <w:pPr>
        <w:pStyle w:val="Heading2"/>
      </w:pPr>
      <w:r>
        <w:t>8.2 ERR_PNPM_IGNORED_BUILDS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Ignored build scripts:</w:t>
        <w:br/>
        <w:t>@deepseek-ai/dsh-subprocess-local</w:t>
        <w:br/>
        <w:t>@google/genai</w:t>
        <w:br/>
        <w:t>koffi</w:t>
        <w:br/>
        <w:t>node-pty</w:t>
        <w:br/>
        <w:t>protobufjs</w:t>
      </w:r>
    </w:p>
    <w:p>
      <w:r>
        <w:rPr>
          <w:rFonts w:ascii="Noto Sans CJK SC" w:hAnsi="Noto Sans CJK SC" w:eastAsia="Noto Sans CJK SC"/>
          <w:sz w:val="21"/>
        </w:rPr>
        <w:t>这并不是下载失败，而是 pnpm 的供应链安全机制阻止依赖包自动运行 install/postinstall 脚本。此类脚本可以编译原生模块、下载二进制或生成文件，因此需要显式批准。</w:t>
      </w:r>
    </w:p>
    <w:p>
      <w:pPr>
        <w:pStyle w:val="Heading2"/>
      </w:pPr>
      <w:r>
        <w:t>8.3 本次审批命令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pnpm approve-builds @deepseek-ai/dsh-subprocess-local koffi node-pty '!@google/genai' '!protobufjs'</w:t>
      </w:r>
    </w:p>
    <w:p>
      <w:r>
        <w:rPr>
          <w:rFonts w:ascii="Noto Sans CJK SC" w:hAnsi="Noto Sans CJK SC" w:eastAsia="Noto Sans CJK SC"/>
          <w:sz w:val="21"/>
        </w:rPr>
        <w:t>允许 @deepseek-ai/dsh-subprocess-local、koffi、node-pty 执行构建脚本；拒绝 @google/genai 与 protobufjs。本次在 Git Bash 中给 !包名加单引号，是为了避免 Bash 对感叹号的特殊解释。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实际成功输出：</w:t>
        <w:br/>
        <w:t>koffi ... Running install script, done</w:t>
        <w:br/>
        <w:t>node-pty ... Running postinstall script, done</w:t>
        <w:br/>
        <w:t>@deepseek-ai/dsh-subprocess-local ... Running postinstall script, done</w:t>
      </w:r>
    </w:p>
    <w:p>
      <w:pPr>
        <w:pStyle w:val="Note"/>
        <w:pBdr>
          <w:left w:val="single" w:sz="12" w:space="6" w:color="5B9BD5"/>
        </w:pBdr>
      </w:pPr>
      <w:r>
        <w:rPr>
          <w:rFonts w:ascii="Noto Sans CJK SC" w:hAnsi="Noto Sans CJK SC" w:eastAsia="Noto Sans CJK SC"/>
          <w:sz w:val="19"/>
        </w:rPr>
        <w:t>这一审批列表与版本相关。未来 Harness 升级后依赖可能改变，不能永远机械照抄，应根据当时实际提示与官方配置重新判断。</w:t>
      </w:r>
    </w:p>
    <w:p>
      <w:pPr>
        <w:pStyle w:val="Heading1"/>
      </w:pPr>
      <w:r>
        <w:t>9. 第一次启动 Harness 与 Web UI</w:t>
      </w:r>
    </w:p>
    <w:p>
      <w:pPr>
        <w:pStyle w:val="Heading2"/>
      </w:pPr>
      <w:r>
        <w:t>9.1 启动命令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pnpm exec dsh web</w:t>
      </w:r>
    </w:p>
    <w:p>
      <w:r>
        <w:rPr>
          <w:rFonts w:ascii="Noto Sans CJK SC" w:hAnsi="Noto Sans CJK SC" w:eastAsia="Noto Sans CJK SC"/>
          <w:sz w:val="21"/>
        </w:rPr>
        <w:t>pnpm exec 会从当前项目依赖中寻找并执行命令；dsh 是 DeepSeek Harness CLI；web 表示启动 Harness Web UI。</w:t>
      </w:r>
    </w:p>
    <w:p>
      <w:pPr>
        <w:pStyle w:val="Heading2"/>
      </w:pPr>
      <w:r>
        <w:t>9.2 启动成功输出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✓ Lockfile passes supply-chain policies</w:t>
        <w:br/>
        <w:t>Lockfile is up to date</w:t>
        <w:br/>
        <w:t>Already up to date</w:t>
        <w:br/>
        <w:t>Done ...</w:t>
        <w:br/>
        <w:t>dsh web: http://127.0.0.1:3080/?token=……</w:t>
        <w:br/>
        <w:t>dsh web: opening the default browser</w:t>
      </w:r>
    </w:p>
    <w:p>
      <w:r>
        <w:rPr>
          <w:rFonts w:ascii="Noto Sans CJK SC" w:hAnsi="Noto Sans CJK SC" w:eastAsia="Noto Sans CJK SC"/>
          <w:sz w:val="21"/>
        </w:rPr>
        <w:t>浏览器随后自动打开 Harness。到这里已验证 Node、pnpm、Harness CLI、Web Server 和 Web UI 均正常。</w:t>
      </w:r>
    </w:p>
    <w:p>
      <w:pPr>
        <w:pStyle w:val="Heading2"/>
      </w:pPr>
      <w:r>
        <w:t>9.3 127.0.0.1 / 3080 / token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33"/>
        <w:gridCol w:w="4933"/>
      </w:tblGrid>
      <w:tr>
        <w:tc>
          <w:tcPr>
            <w:tcW w:type="dxa" w:w="2268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项目</w:t>
            </w:r>
          </w:p>
        </w:tc>
        <w:tc>
          <w:tcPr>
            <w:tcW w:type="dxa" w:w="6803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解释</w:t>
            </w:r>
          </w:p>
        </w:tc>
      </w:tr>
      <w:tr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127.0.0.1</w:t>
            </w:r>
          </w:p>
        </w:tc>
        <w:tc>
          <w:tcPr>
            <w:tcW w:type="dxa" w:w="6803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Loopback / 本机回环地址，可理解为“这台电脑自己”</w:t>
            </w:r>
          </w:p>
        </w:tc>
      </w:tr>
      <w:tr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3080</w:t>
            </w:r>
          </w:p>
        </w:tc>
        <w:tc>
          <w:tcPr>
            <w:tcW w:type="dxa" w:w="6803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Harness Web 服务监听的本地端口</w:t>
            </w:r>
          </w:p>
        </w:tc>
      </w:tr>
      <w:tr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?token=...</w:t>
            </w:r>
          </w:p>
        </w:tc>
        <w:tc>
          <w:tcPr>
            <w:tcW w:type="dxa" w:w="6803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本机 Web 会话访问认证 token，不建议公开分享完整值</w:t>
            </w:r>
          </w:p>
        </w:tc>
      </w:tr>
    </w:tbl>
    <w:p>
      <w:pPr>
        <w:spacing w:after="0"/>
      </w:pPr>
    </w:p>
    <w:p>
      <w:r>
        <w:rPr>
          <w:rFonts w:ascii="Noto Sans CJK SC" w:hAnsi="Noto Sans CJK SC" w:eastAsia="Noto Sans CJK SC"/>
          <w:sz w:val="21"/>
        </w:rPr>
        <w:t>因此 http://127.0.0.1:3080 不是外部公网网站，而是浏览器访问当前电脑上正在运行的 Harness 服务。</w:t>
      </w:r>
    </w:p>
    <w:p>
      <w:pPr>
        <w:pStyle w:val="Heading1"/>
      </w:pPr>
      <w:r>
        <w:t>10. 进程、端口、token 与正常关闭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浏览器 UI</w:t>
        <w:br/>
        <w:t xml:space="preserve">   │</w:t>
        <w:br/>
        <w:t xml:space="preserve">   ▼</w:t>
        <w:br/>
        <w:t>127.0.0.1:3080</w:t>
        <w:br/>
        <w:t xml:space="preserve">   │</w:t>
        <w:br/>
        <w:t xml:space="preserve">   ▼</w:t>
        <w:br/>
        <w:t>DeepSeek Harness</w:t>
        <w:br/>
        <w:t xml:space="preserve">   │</w:t>
        <w:br/>
        <w:t xml:space="preserve">   ▼</w:t>
        <w:br/>
        <w:t>node.exe 进程</w:t>
      </w:r>
    </w:p>
    <w:p>
      <w:r>
        <w:rPr>
          <w:rFonts w:ascii="Noto Sans CJK SC" w:hAnsi="Noto Sans CJK SC" w:eastAsia="Noto Sans CJK SC"/>
          <w:sz w:val="21"/>
        </w:rPr>
        <w:t>浏览器只是前端界面。真正的 Harness 后端运行在 Node.js 进程中，因此使用 Harness 期间必须有后端进程存活。</w:t>
      </w:r>
    </w:p>
    <w:p>
      <w:pPr>
        <w:pStyle w:val="Heading2"/>
      </w:pPr>
      <w:r>
        <w:t>10.1 关闭浏览器</w:t>
      </w:r>
    </w:p>
    <w:p>
      <w:r>
        <w:rPr>
          <w:rFonts w:ascii="Noto Sans CJK SC" w:hAnsi="Noto Sans CJK SC" w:eastAsia="Noto Sans CJK SC"/>
          <w:sz w:val="21"/>
        </w:rPr>
        <w:t>只关闭 Chrome/Edge 标签页不会停止 Harness；只要启动 Harness 的终端与 Node 进程仍在，后端继续运行。</w:t>
      </w:r>
    </w:p>
    <w:p>
      <w:pPr>
        <w:pStyle w:val="Heading2"/>
      </w:pPr>
      <w:r>
        <w:t>10.2 关闭 Harness 后端</w:t>
      </w:r>
    </w:p>
    <w:p>
      <w:r>
        <w:rPr>
          <w:rFonts w:ascii="Noto Sans CJK SC" w:hAnsi="Noto Sans CJK SC" w:eastAsia="Noto Sans CJK SC"/>
          <w:sz w:val="21"/>
        </w:rPr>
        <w:t>关闭运行 pnpm exec dsh web 的终端窗口，会让 Harness 后端停止，浏览器随后也无法继续连接。</w:t>
      </w:r>
    </w:p>
    <w:p>
      <w:pPr>
        <w:pStyle w:val="Heading2"/>
      </w:pPr>
      <w:r>
        <w:t>10.3 推荐正常停止方式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Ctrl + C</w:t>
      </w:r>
    </w:p>
    <w:p>
      <w:r>
        <w:rPr>
          <w:rFonts w:ascii="Noto Sans CJK SC" w:hAnsi="Noto Sans CJK SC" w:eastAsia="Noto Sans CJK SC"/>
          <w:sz w:val="21"/>
        </w:rPr>
        <w:t>Ctrl+C 向当前前台命令发送中断信号，是推荐的正常停止方式。空闲时直接点击窗口右上角 × 一般不会造成严重问题，但如果 Agent 正在写文件、执行命令或修改项目，直接关闭可能中断当前任务。</w:t>
      </w:r>
    </w:p>
    <w:p>
      <w:pPr>
        <w:pStyle w:val="Heading2"/>
      </w:pPr>
      <w:r>
        <w:t>10.4 查看进程与端口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netstat -ano | findstr 3080</w:t>
      </w:r>
    </w:p>
    <w:p>
      <w:r>
        <w:rPr>
          <w:rFonts w:ascii="Noto Sans CJK SC" w:hAnsi="Noto Sans CJK SC" w:eastAsia="Noto Sans CJK SC"/>
          <w:sz w:val="21"/>
        </w:rPr>
        <w:t>正常运行时可能看到：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TCP    127.0.0.1:3080    0.0.0.0:0    LISTENING    12345</w:t>
      </w:r>
    </w:p>
    <w:p>
      <w:r>
        <w:rPr>
          <w:rFonts w:ascii="Noto Sans CJK SC" w:hAnsi="Noto Sans CJK SC" w:eastAsia="Noto Sans CJK SC"/>
          <w:sz w:val="21"/>
        </w:rPr>
        <w:t>最后的 12345 是 PID（Process ID，进程号）。再查询：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tasklist /FI "PID eq 12345"</w:t>
      </w:r>
    </w:p>
    <w:p>
      <w:r>
        <w:rPr>
          <w:rFonts w:ascii="Noto Sans CJK SC" w:hAnsi="Noto Sans CJK SC" w:eastAsia="Noto Sans CJK SC"/>
          <w:sz w:val="21"/>
        </w:rPr>
        <w:t>通常可以看到 node.exe。注意电脑上其他软件也可能使用 Node.js，所以仅看到 node.exe 并不能单独证明一定是 Harness，应结合 3080 端口与当前运行状态判断。</w:t>
      </w:r>
    </w:p>
    <w:p>
      <w:pPr>
        <w:pStyle w:val="Heading1"/>
      </w:pPr>
      <w:r>
        <w:t>11. Windows 一键启动 BAT 与 EADDRINUSE 排查</w:t>
      </w:r>
    </w:p>
    <w:p>
      <w:pPr>
        <w:pStyle w:val="Heading2"/>
      </w:pPr>
      <w:r>
        <w:t>11.1 基础一键启动 BAT</w:t>
      </w:r>
    </w:p>
    <w:p>
      <w:r>
        <w:rPr>
          <w:rFonts w:ascii="Noto Sans CJK SC" w:hAnsi="Noto Sans CJK SC" w:eastAsia="Noto Sans CJK SC"/>
          <w:sz w:val="21"/>
        </w:rPr>
        <w:t>桌面新建“启动 DeepSeek Harness.bat”，最初使用的脚本：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@echo off</w:t>
        <w:br/>
        <w:t>title DeepSeek Harness</w:t>
        <w:br/>
        <w:t>cd /d C:\ai\dsh-app</w:t>
        <w:br/>
        <w:br/>
        <w:t>echo ========================================</w:t>
        <w:br/>
        <w:t>echo        DeepSeek Harness Starting...</w:t>
        <w:br/>
        <w:t>echo ========================================</w:t>
        <w:br/>
        <w:t>echo.</w:t>
        <w:br/>
        <w:t>echo Please keep this window open.</w:t>
        <w:br/>
        <w:t>echo Press Ctrl+C to stop Harness.</w:t>
        <w:br/>
        <w:t>echo.</w:t>
        <w:br/>
        <w:br/>
        <w:t>call pnpm exec dsh web</w:t>
        <w:br/>
        <w:br/>
        <w:t>echo.</w:t>
        <w:br/>
        <w:t>echo DeepSeek Harness has stopped.</w:t>
        <w:br/>
        <w:t>pause</w:t>
      </w:r>
    </w:p>
    <w:p>
      <w:pPr>
        <w:pStyle w:val="Heading2"/>
      </w:pPr>
      <w:r>
        <w:t>11.2 BAT 每一行的作用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33"/>
        <w:gridCol w:w="4933"/>
      </w:tblGrid>
      <w:tr>
        <w:tc>
          <w:tcPr>
            <w:tcW w:type="dxa" w:w="3402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语句</w:t>
            </w:r>
          </w:p>
        </w:tc>
        <w:tc>
          <w:tcPr>
            <w:tcW w:type="dxa" w:w="6236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作用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@echo off</w:t>
            </w:r>
          </w:p>
        </w:tc>
        <w:tc>
          <w:tcPr>
            <w:tcW w:type="dxa" w:w="6236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隐藏批处理每条命令的回显，让窗口更干净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title DeepSeek Harness</w:t>
            </w:r>
          </w:p>
        </w:tc>
        <w:tc>
          <w:tcPr>
            <w:tcW w:type="dxa" w:w="6236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设置命令窗口标题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cd /d C:\ai\dsh-app</w:t>
            </w:r>
          </w:p>
        </w:tc>
        <w:tc>
          <w:tcPr>
            <w:tcW w:type="dxa" w:w="6236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切换到 Harness 运行目录；/d 支持同时切换盘符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echo ...</w:t>
            </w:r>
          </w:p>
        </w:tc>
        <w:tc>
          <w:tcPr>
            <w:tcW w:type="dxa" w:w="6236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输出提示文字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call pnpm exec dsh web</w:t>
            </w:r>
          </w:p>
        </w:tc>
        <w:tc>
          <w:tcPr>
            <w:tcW w:type="dxa" w:w="6236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启动 Harness，并让批处理在命令返回后仍能继续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pause</w:t>
            </w:r>
          </w:p>
        </w:tc>
        <w:tc>
          <w:tcPr>
            <w:tcW w:type="dxa" w:w="6236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脚本结束后保留窗口，方便看错误</w:t>
            </w:r>
          </w:p>
        </w:tc>
      </w:tr>
    </w:tbl>
    <w:p>
      <w:pPr>
        <w:spacing w:after="0"/>
      </w:pPr>
    </w:p>
    <w:p>
      <w:pPr>
        <w:pStyle w:val="Heading2"/>
      </w:pPr>
      <w:r>
        <w:t>11.3 第一次 BAT 测试遇到 EADDRINUSE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Error: listen EADDRINUSE: address already in use 127.0.0.1:3080</w:t>
        <w:br/>
        <w:t>code: 'EADDRINUSE'</w:t>
        <w:br/>
        <w:t>port: 3080</w:t>
      </w:r>
    </w:p>
    <w:p>
      <w:r>
        <w:rPr>
          <w:rFonts w:ascii="Noto Sans CJK SC" w:hAnsi="Noto Sans CJK SC" w:eastAsia="Noto Sans CJK SC"/>
          <w:sz w:val="21"/>
        </w:rPr>
        <w:t>EADDRINUSE = Address In Use，表示 127.0.0.1:3080 已经被某个进程占用。当时原因是之前手动启动的 Harness 仍在运行，又双击 BAT 启动了第二个 Harness。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Harness A → 已占用 3080</w:t>
        <w:br/>
        <w:t>Harness B → 也想监听 3080</w:t>
        <w:br/>
        <w:t>结果：第二个实例启动失败</w:t>
      </w:r>
    </w:p>
    <w:p>
      <w:r>
        <w:rPr>
          <w:rFonts w:ascii="Noto Sans CJK SC" w:hAnsi="Noto Sans CJK SC" w:eastAsia="Noto Sans CJK SC"/>
          <w:sz w:val="21"/>
        </w:rPr>
        <w:t>解决方法：回到旧 Harness 终端按 Ctrl+C 停止旧实例，再双击 BAT。</w:t>
      </w:r>
    </w:p>
    <w:p>
      <w:pPr>
        <w:pStyle w:val="Heading2"/>
      </w:pPr>
      <w:r>
        <w:t>11.4 推荐的安全 BAT</w:t>
      </w:r>
    </w:p>
    <w:p>
      <w:r>
        <w:rPr>
          <w:rFonts w:ascii="Noto Sans CJK SC" w:hAnsi="Noto Sans CJK SC" w:eastAsia="Noto Sans CJK SC"/>
          <w:sz w:val="21"/>
        </w:rPr>
        <w:t>相比“自动杀掉所有占用 3080 的进程”，更安全的做法是先检查端口；若已占用则提示用户，避免误杀其他 Node 程序。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@echo off</w:t>
        <w:br/>
        <w:t>setlocal</w:t>
        <w:br/>
        <w:t>title DeepSeek Harness</w:t>
        <w:br/>
        <w:br/>
        <w:t>cd /d C:\ai\dsh-app</w:t>
        <w:br/>
        <w:br/>
        <w:t>echo ========================================</w:t>
        <w:br/>
        <w:t>echo        DeepSeek Harness Launcher</w:t>
        <w:br/>
        <w:t>echo ========================================</w:t>
        <w:br/>
        <w:t>echo.</w:t>
        <w:br/>
        <w:br/>
        <w:t>netstat -ano | findstr "127.0.0.1:3080" | findstr "LISTENING" &gt;nul</w:t>
        <w:br/>
        <w:br/>
        <w:t>if %errorlevel%==0 (</w:t>
        <w:br/>
        <w:t xml:space="preserve">    echo DeepSeek Harness may already be running.</w:t>
        <w:br/>
        <w:t xml:space="preserve">    echo Port 3080 is currently in use.</w:t>
        <w:br/>
        <w:t xml:space="preserve">    echo.</w:t>
        <w:br/>
        <w:t xml:space="preserve">    echo Please check the existing Harness window.</w:t>
        <w:br/>
        <w:t xml:space="preserve">    echo.</w:t>
        <w:br/>
        <w:t xml:space="preserve">    pause</w:t>
        <w:br/>
        <w:t xml:space="preserve">    exit /b 1</w:t>
        <w:br/>
        <w:t>)</w:t>
        <w:br/>
        <w:br/>
        <w:t>echo Starting DeepSeek Harness...</w:t>
        <w:br/>
        <w:t>echo.</w:t>
        <w:br/>
        <w:t>echo Keep this window open while using Harness.</w:t>
        <w:br/>
        <w:t>echo Press Ctrl+C to stop Harness.</w:t>
        <w:br/>
        <w:t>echo.</w:t>
        <w:br/>
        <w:br/>
        <w:t>call pnpm exec dsh web</w:t>
        <w:br/>
        <w:br/>
        <w:t>echo.</w:t>
        <w:br/>
        <w:t>echo ========================================</w:t>
        <w:br/>
        <w:t>echo DeepSeek Harness has stopped.</w:t>
        <w:br/>
        <w:t>echo ========================================</w:t>
        <w:br/>
        <w:t>pause</w:t>
      </w:r>
    </w:p>
    <w:p>
      <w:pPr>
        <w:pStyle w:val="Heading1"/>
      </w:pPr>
      <w:r>
        <w:t>12. Git 命令解释与 Shell 命令区分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289"/>
        <w:gridCol w:w="3289"/>
        <w:gridCol w:w="3289"/>
      </w:tblGrid>
      <w:tr>
        <w:tc>
          <w:tcPr>
            <w:tcW w:type="dxa" w:w="3402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命令</w:t>
            </w:r>
          </w:p>
        </w:tc>
        <w:tc>
          <w:tcPr>
            <w:tcW w:type="dxa" w:w="1701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类别</w:t>
            </w:r>
          </w:p>
        </w:tc>
        <w:tc>
          <w:tcPr>
            <w:tcW w:type="dxa" w:w="4535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作用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 --version</w:t>
            </w:r>
          </w:p>
        </w:tc>
        <w:tc>
          <w:tcPr>
            <w:tcW w:type="dxa" w:w="1701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查看 Git 版本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</w:t>
            </w:r>
          </w:p>
        </w:tc>
        <w:tc>
          <w:tcPr>
            <w:tcW w:type="dxa" w:w="1701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查看基础帮助与常用命令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 clone URL</w:t>
            </w:r>
          </w:p>
        </w:tc>
        <w:tc>
          <w:tcPr>
            <w:tcW w:type="dxa" w:w="1701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克隆远程仓库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 status</w:t>
            </w:r>
          </w:p>
        </w:tc>
        <w:tc>
          <w:tcPr>
            <w:tcW w:type="dxa" w:w="1701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查看当前分支与工作区变化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 ls-remote URL</w:t>
            </w:r>
          </w:p>
        </w:tc>
        <w:tc>
          <w:tcPr>
            <w:tcW w:type="dxa" w:w="1701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不克隆完整仓库，测试远程 Git 访问并列出 refs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 pull</w:t>
            </w:r>
          </w:p>
        </w:tc>
        <w:tc>
          <w:tcPr>
            <w:tcW w:type="dxa" w:w="1701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从远程获取并合并最新内容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 config --global user.name</w:t>
            </w:r>
          </w:p>
        </w:tc>
        <w:tc>
          <w:tcPr>
            <w:tcW w:type="dxa" w:w="1701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设置全局 Commit 用户名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 config --global user.email</w:t>
            </w:r>
          </w:p>
        </w:tc>
        <w:tc>
          <w:tcPr>
            <w:tcW w:type="dxa" w:w="1701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设置全局 Commit 邮箱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cd</w:t>
            </w:r>
          </w:p>
        </w:tc>
        <w:tc>
          <w:tcPr>
            <w:tcW w:type="dxa" w:w="1701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Shell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切换目录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pwd</w:t>
            </w:r>
          </w:p>
        </w:tc>
        <w:tc>
          <w:tcPr>
            <w:tcW w:type="dxa" w:w="1701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Shell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显示当前目录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ls</w:t>
            </w:r>
          </w:p>
        </w:tc>
        <w:tc>
          <w:tcPr>
            <w:tcW w:type="dxa" w:w="1701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Shell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列出当前目录文件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mkdir</w:t>
            </w:r>
          </w:p>
        </w:tc>
        <w:tc>
          <w:tcPr>
            <w:tcW w:type="dxa" w:w="1701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Shell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创建目录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curl</w:t>
            </w:r>
          </w:p>
        </w:tc>
        <w:tc>
          <w:tcPr>
            <w:tcW w:type="dxa" w:w="1701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网络工具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发送 HTTP/HTTPS 请求</w:t>
            </w:r>
          </w:p>
        </w:tc>
      </w:tr>
    </w:tbl>
    <w:p>
      <w:pPr>
        <w:spacing w:after="0"/>
      </w:pPr>
    </w:p>
    <w:p>
      <w:pPr>
        <w:pStyle w:val="Heading2"/>
      </w:pPr>
      <w:r>
        <w:t>12.1 git status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git status</w:t>
      </w:r>
    </w:p>
    <w:p>
      <w:r>
        <w:rPr>
          <w:rFonts w:ascii="Noto Sans CJK SC" w:hAnsi="Noto Sans CJK SC" w:eastAsia="Noto Sans CJK SC"/>
          <w:sz w:val="21"/>
        </w:rPr>
        <w:t>用于查看当前分支、被修改的文件、未跟踪文件以及工作区是否干净。初始仓库常见结果是 “nothing to commit, working tree clean”。</w:t>
      </w:r>
    </w:p>
    <w:p>
      <w:pPr>
        <w:pStyle w:val="Heading2"/>
      </w:pPr>
      <w:r>
        <w:t>12.2 git pull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git pull</w:t>
      </w:r>
    </w:p>
    <w:p>
      <w:r>
        <w:rPr>
          <w:rFonts w:ascii="Noto Sans CJK SC" w:hAnsi="Noto Sans CJK SC" w:eastAsia="Noto Sans CJK SC"/>
          <w:sz w:val="21"/>
        </w:rPr>
        <w:t>大体上表示从远程仓库获取最新内容并合并进当前分支。使用 Download ZIP 得到的目录通常没有完整 .git 元数据，因此不能直接靠 git pull 更新。</w:t>
      </w:r>
    </w:p>
    <w:p>
      <w:pPr>
        <w:pStyle w:val="Heading1"/>
      </w:pPr>
      <w:r>
        <w:t>13. 故障排查总表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289"/>
        <w:gridCol w:w="3289"/>
        <w:gridCol w:w="3289"/>
      </w:tblGrid>
      <w:tr>
        <w:tc>
          <w:tcPr>
            <w:tcW w:type="dxa" w:w="2835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症状</w:t>
            </w:r>
          </w:p>
        </w:tc>
        <w:tc>
          <w:tcPr>
            <w:tcW w:type="dxa" w:w="2835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根因</w:t>
            </w:r>
          </w:p>
        </w:tc>
        <w:tc>
          <w:tcPr>
            <w:tcW w:type="dxa" w:w="4535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正确处理</w:t>
            </w:r>
          </w:p>
        </w:tc>
      </w:tr>
      <w:tr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Failed to connect github.com:443</w:t>
            </w:r>
          </w:p>
        </w:tc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 无法通过 HTTPS 访问 GitHub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检查网络/代理/DNS；也可先用 GitHub ZIP 或 npm Registry</w:t>
            </w:r>
          </w:p>
        </w:tc>
      </w:tr>
      <w:tr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node: command not found</w:t>
            </w:r>
          </w:p>
        </w:tc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Node 未安装或 PATH 未生效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安装 Windows x64 Node LTS MSI；重新打开终端</w:t>
            </w:r>
          </w:p>
        </w:tc>
      </w:tr>
      <w:tr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Node 安装后仍找不到</w:t>
            </w:r>
          </w:p>
        </w:tc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旧终端未刷新 PATH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关闭所有旧终端后重新打开</w:t>
            </w:r>
          </w:p>
        </w:tc>
      </w:tr>
      <w:tr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pnpm 不存在</w:t>
            </w:r>
          </w:p>
        </w:tc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Corepack/pnpm 未启用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corepack enable；准备指定 pnpm</w:t>
            </w:r>
          </w:p>
        </w:tc>
      </w:tr>
      <w:tr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pnpm 提示升级 12.x</w:t>
            </w:r>
          </w:p>
        </w:tc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项目固定 11.7.0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不盲目升级，保持项目指定版本</w:t>
            </w:r>
          </w:p>
        </w:tc>
      </w:tr>
      <w:tr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Tarball download speed WARN</w:t>
            </w:r>
          </w:p>
        </w:tc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npm Registry 下载较慢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非致命；只要后续继续即可</w:t>
            </w:r>
          </w:p>
        </w:tc>
      </w:tr>
      <w:tr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fs-ext → node-gyp</w:t>
            </w:r>
          </w:p>
        </w:tc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原生 C++ 模块需要本地构建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Windows 需要 MSVC / Windows SDK</w:t>
            </w:r>
          </w:p>
        </w:tc>
      </w:tr>
      <w:tr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gyp ERR! find VS</w:t>
            </w:r>
          </w:p>
        </w:tc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缺少 Visual Studio C++ 工具链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安装 Build Tools；无法安装时切换发布包/WSL2</w:t>
            </w:r>
          </w:p>
        </w:tc>
      </w:tr>
      <w:tr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Visual Studio 无法安装</w:t>
            </w:r>
          </w:p>
        </w:tc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源码 Native Toolchain 无法建立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使用 @deepseek-ai/dsh 官方发布包作为运行路线</w:t>
            </w:r>
          </w:p>
        </w:tc>
      </w:tr>
      <w:tr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ERR_PNPM_IGNORED_BUILDS</w:t>
            </w:r>
          </w:p>
        </w:tc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pnpm 安全机制禁止安装脚本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按版本与官方配置审批必要 build scripts</w:t>
            </w:r>
          </w:p>
        </w:tc>
      </w:tr>
      <w:tr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Peer dependency WARN</w:t>
            </w:r>
          </w:p>
        </w:tc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包之间的 peer 依赖警告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先判断是否真正阻止运行，不把 WARN 当 ERR</w:t>
            </w:r>
          </w:p>
        </w:tc>
      </w:tr>
      <w:tr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EADDRINUSE 127.0.0.1:3080</w:t>
            </w:r>
          </w:p>
        </w:tc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已有实例或其他程序占用 3080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停止旧实例/检查 PID，再启动</w:t>
            </w:r>
          </w:p>
        </w:tc>
      </w:tr>
      <w:tr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关闭浏览器后还在运行</w:t>
            </w:r>
          </w:p>
        </w:tc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浏览器只是 UI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正常现象；后端 Node 进程仍在</w:t>
            </w:r>
          </w:p>
        </w:tc>
      </w:tr>
      <w:tr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关闭黑窗口后页面断开</w:t>
            </w:r>
          </w:p>
        </w:tc>
        <w:tc>
          <w:tcPr>
            <w:tcW w:type="dxa" w:w="28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后端进程被停止</w:t>
            </w:r>
          </w:p>
        </w:tc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重新启动 pnpm exec dsh web</w:t>
            </w:r>
          </w:p>
        </w:tc>
      </w:tr>
    </w:tbl>
    <w:p>
      <w:pPr>
        <w:spacing w:after="0"/>
      </w:pPr>
    </w:p>
    <w:p>
      <w:pPr>
        <w:pStyle w:val="Heading1"/>
      </w:pPr>
      <w:r>
        <w:t>14. 从零重装的推荐最短路线</w:t>
      </w:r>
    </w:p>
    <w:p>
      <w:pPr>
        <w:pStyle w:val="Note"/>
        <w:pBdr>
          <w:left w:val="single" w:sz="12" w:space="6" w:color="5B9BD5"/>
        </w:pBdr>
      </w:pPr>
      <w:r>
        <w:rPr>
          <w:rFonts w:ascii="Noto Sans CJK SC" w:hAnsi="Noto Sans CJK SC" w:eastAsia="Noto Sans CJK SC"/>
          <w:sz w:val="19"/>
        </w:rPr>
        <w:t>这是基于本次成功经验优化后的“普通用户使用 Harness”路线，不再先尝试完整源码构建。版本号应根据当时官方要求核验；若要复现本次环境，可锁定本次版本。</w:t>
      </w:r>
    </w:p>
    <w:p>
      <w:pPr>
        <w:pStyle w:val="ListNumber"/>
        <w:spacing w:after="40"/>
      </w:pPr>
      <w:r>
        <w:rPr>
          <w:rFonts w:ascii="Noto Sans CJK SC" w:hAnsi="Noto Sans CJK SC" w:eastAsia="Noto Sans CJK SC"/>
          <w:sz w:val="20"/>
        </w:rPr>
        <w:t>安装 Git for Windows（推荐，虽然 npm 发布包运行不是绝对依赖 Git）。</w:t>
      </w:r>
    </w:p>
    <w:p>
      <w:pPr>
        <w:pStyle w:val="ListNumber"/>
        <w:spacing w:after="40"/>
      </w:pPr>
      <w:r>
        <w:rPr>
          <w:rFonts w:ascii="Noto Sans CJK SC" w:hAnsi="Noto Sans CJK SC" w:eastAsia="Noto Sans CJK SC"/>
          <w:sz w:val="20"/>
        </w:rPr>
        <w:t>安装 Node.js 24 LTS Windows x64 .msi。</w:t>
      </w:r>
    </w:p>
    <w:p>
      <w:pPr>
        <w:pStyle w:val="ListNumber"/>
        <w:spacing w:after="40"/>
      </w:pPr>
      <w:r>
        <w:rPr>
          <w:rFonts w:ascii="Noto Sans CJK SC" w:hAnsi="Noto Sans CJK SC" w:eastAsia="Noto Sans CJK SC"/>
          <w:sz w:val="20"/>
        </w:rPr>
        <w:t>重新打开 Git Bash，检查 node --version 与 npm --version。</w:t>
      </w:r>
    </w:p>
    <w:p>
      <w:pPr>
        <w:pStyle w:val="ListNumber"/>
        <w:spacing w:after="40"/>
      </w:pPr>
      <w:r>
        <w:rPr>
          <w:rFonts w:ascii="Noto Sans CJK SC" w:hAnsi="Noto Sans CJK SC" w:eastAsia="Noto Sans CJK SC"/>
          <w:sz w:val="20"/>
        </w:rPr>
        <w:t>执行 corepack enable。</w:t>
      </w:r>
    </w:p>
    <w:p>
      <w:pPr>
        <w:pStyle w:val="ListNumber"/>
        <w:spacing w:after="40"/>
      </w:pPr>
      <w:r>
        <w:rPr>
          <w:rFonts w:ascii="Noto Sans CJK SC" w:hAnsi="Noto Sans CJK SC" w:eastAsia="Noto Sans CJK SC"/>
          <w:sz w:val="20"/>
        </w:rPr>
        <w:t>准备 Harness 指定的 pnpm（本次为 pnpm 11.7.0）。</w:t>
      </w:r>
    </w:p>
    <w:p>
      <w:pPr>
        <w:pStyle w:val="ListNumber"/>
        <w:spacing w:after="40"/>
      </w:pPr>
      <w:r>
        <w:rPr>
          <w:rFonts w:ascii="Noto Sans CJK SC" w:hAnsi="Noto Sans CJK SC" w:eastAsia="Noto Sans CJK SC"/>
          <w:sz w:val="20"/>
        </w:rPr>
        <w:t>创建 C:\ai\dsh-app 并进入目录。</w:t>
      </w:r>
    </w:p>
    <w:p>
      <w:pPr>
        <w:pStyle w:val="ListNumber"/>
        <w:spacing w:after="40"/>
      </w:pPr>
      <w:r>
        <w:rPr>
          <w:rFonts w:ascii="Noto Sans CJK SC" w:hAnsi="Noto Sans CJK SC" w:eastAsia="Noto Sans CJK SC"/>
          <w:sz w:val="20"/>
        </w:rPr>
        <w:t>执行 npm init -y。</w:t>
      </w:r>
    </w:p>
    <w:p>
      <w:pPr>
        <w:pStyle w:val="ListNumber"/>
        <w:spacing w:after="40"/>
      </w:pPr>
      <w:r>
        <w:rPr>
          <w:rFonts w:ascii="Noto Sans CJK SC" w:hAnsi="Noto Sans CJK SC" w:eastAsia="Noto Sans CJK SC"/>
          <w:sz w:val="20"/>
        </w:rPr>
        <w:t>安装 @deepseek-ai/dsh；若复现本次已验证环境，使用 @deepseek-ai/dsh@0.1.2-rc.1。</w:t>
      </w:r>
    </w:p>
    <w:p>
      <w:pPr>
        <w:pStyle w:val="ListNumber"/>
        <w:spacing w:after="40"/>
      </w:pPr>
      <w:r>
        <w:rPr>
          <w:rFonts w:ascii="Noto Sans CJK SC" w:hAnsi="Noto Sans CJK SC" w:eastAsia="Noto Sans CJK SC"/>
          <w:sz w:val="20"/>
        </w:rPr>
        <w:t>根据当前版本的安全提示审批必要 build scripts。</w:t>
      </w:r>
    </w:p>
    <w:p>
      <w:pPr>
        <w:pStyle w:val="ListNumber"/>
        <w:spacing w:after="40"/>
      </w:pPr>
      <w:r>
        <w:rPr>
          <w:rFonts w:ascii="Noto Sans CJK SC" w:hAnsi="Noto Sans CJK SC" w:eastAsia="Noto Sans CJK SC"/>
          <w:sz w:val="20"/>
        </w:rPr>
        <w:t>执行 pnpm exec dsh web。</w:t>
      </w:r>
    </w:p>
    <w:p>
      <w:pPr>
        <w:pStyle w:val="ListNumber"/>
        <w:spacing w:after="40"/>
      </w:pPr>
      <w:r>
        <w:rPr>
          <w:rFonts w:ascii="Noto Sans CJK SC" w:hAnsi="Noto Sans CJK SC" w:eastAsia="Noto Sans CJK SC"/>
          <w:sz w:val="20"/>
        </w:rPr>
        <w:t>浏览器确认 http://127.0.0.1:3080/... 正常打开。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git --version</w:t>
        <w:br/>
        <w:t>node --version</w:t>
        <w:br/>
        <w:t>npm --version</w:t>
        <w:br/>
        <w:t>corepack --version</w:t>
        <w:br/>
        <w:br/>
        <w:t>corepack enable</w:t>
        <w:br/>
        <w:t>corepack prepare pnpm@11.7.0 --activate</w:t>
        <w:br/>
        <w:t>pnpm --version</w:t>
        <w:br/>
        <w:br/>
        <w:t>cd /c/ai</w:t>
        <w:br/>
        <w:t>mkdir dsh-app</w:t>
        <w:br/>
        <w:t>cd dsh-app</w:t>
        <w:br/>
        <w:t>npm init -y</w:t>
        <w:br/>
        <w:t>pnpm add @deepseek-ai/dsh@0.1.2-rc.1</w:t>
        <w:br/>
        <w:br/>
        <w:t>pnpm exec dsh web</w:t>
      </w:r>
    </w:p>
    <w:p>
      <w:pPr>
        <w:pStyle w:val="Heading2"/>
      </w:pPr>
      <w:r>
        <w:t>14.1 官方最短快速体验方式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npx @deepseek-ai/dsh web</w:t>
      </w:r>
    </w:p>
    <w:p>
      <w:r>
        <w:rPr>
          <w:rFonts w:ascii="Noto Sans CJK SC" w:hAnsi="Noto Sans CJK SC" w:eastAsia="Noto Sans CJK SC"/>
          <w:sz w:val="21"/>
        </w:rPr>
        <w:t>官方 README 仍提供 npx 作为快速体验入口。本次长期运行选择独立 dsh-app + pnpm add + pnpm exec，是为了让版本和依赖更显式、便于维护。</w:t>
      </w:r>
    </w:p>
    <w:p>
      <w:pPr>
        <w:pStyle w:val="Heading1"/>
      </w:pPr>
      <w:r>
        <w:t>15. 源码、WSL2、Linux 等替代部署方向</w:t>
      </w:r>
    </w:p>
    <w:p>
      <w:pPr>
        <w:pStyle w:val="Heading2"/>
      </w:pPr>
      <w:r>
        <w:t>15.1 Git 源码开发路线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git clone https://github.com/deepseek-ai/deepseek-harness.git</w:t>
        <w:br/>
        <w:t>cd deepseek-harness</w:t>
        <w:br/>
        <w:t>corepack enable</w:t>
        <w:br/>
        <w:t>pnpm install</w:t>
        <w:br/>
        <w:t>pnpm run build</w:t>
        <w:br/>
        <w:t>pnpm dsh web</w:t>
      </w:r>
    </w:p>
    <w:p>
      <w:r>
        <w:rPr>
          <w:rFonts w:ascii="Noto Sans CJK SC" w:hAnsi="Noto Sans CJK SC" w:eastAsia="Noto Sans CJK SC"/>
          <w:sz w:val="21"/>
        </w:rPr>
        <w:t>这条路线适合真正研究/修改 Harness 源码。Windows 原生开发时若遇到 Native dependency，应准备 C++ Build Tools。</w:t>
      </w:r>
    </w:p>
    <w:p>
      <w:pPr>
        <w:pStyle w:val="Heading2"/>
      </w:pPr>
      <w:r>
        <w:t>15.2 WSL2 路线</w:t>
      </w:r>
    </w:p>
    <w:p>
      <w:r>
        <w:rPr>
          <w:rFonts w:ascii="Noto Sans CJK SC" w:hAnsi="Noto Sans CJK SC" w:eastAsia="Noto Sans CJK SC"/>
          <w:sz w:val="21"/>
        </w:rPr>
        <w:t>当 Windows 原生依赖编译、权限或工具链成为障碍时，WSL2 是合理替代方案。应把源码、Node、pnpm、node_modules 和构建过程统一放在 WSL/Linux 环境中，不要混用 Windows 与 WSL 的 node_modules。</w:t>
      </w:r>
    </w:p>
    <w:p>
      <w:pPr>
        <w:pStyle w:val="Heading2"/>
      </w:pPr>
      <w:r>
        <w:t>15.3 Linux 路线</w:t>
      </w:r>
    </w:p>
    <w:p>
      <w:r>
        <w:rPr>
          <w:rFonts w:ascii="Noto Sans CJK SC" w:hAnsi="Noto Sans CJK SC" w:eastAsia="Noto Sans CJK SC"/>
          <w:sz w:val="21"/>
        </w:rPr>
        <w:t>服务器或正式开发环境也可以采用 Linux。具体版本与依赖应以安装时最新官方开发文档为准。</w:t>
      </w:r>
    </w:p>
    <w:p>
      <w:pPr>
        <w:pStyle w:val="Heading2"/>
      </w:pPr>
      <w:r>
        <w:t>15.4 不把 Node.js 的 Docker 下载选项误当成 Harness Docker 官方方案</w:t>
      </w:r>
    </w:p>
    <w:p>
      <w:r>
        <w:rPr>
          <w:rFonts w:ascii="Noto Sans CJK SC" w:hAnsi="Noto Sans CJK SC" w:eastAsia="Noto Sans CJK SC"/>
          <w:sz w:val="21"/>
        </w:rPr>
        <w:t>Node.js 官网提供“使用 Docker 获取 Node.js”的选项，只说明 Node.js 可通过 Docker 运行，不自动意味着 DeepSeek Harness 官方推荐或支持相同的 Docker 部署流程。本次 Windows 原生部署没有走 Docker。</w:t>
      </w:r>
    </w:p>
    <w:p>
      <w:pPr>
        <w:pStyle w:val="Heading1"/>
      </w:pPr>
      <w:r>
        <w:t>16. 测试与验收</w:t>
      </w:r>
    </w:p>
    <w:p>
      <w:pPr>
        <w:pStyle w:val="Heading2"/>
      </w:pPr>
      <w:r>
        <w:t>16.1 环境版本测试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node --version</w:t>
        <w:br/>
        <w:t>npm --version</w:t>
        <w:br/>
        <w:t>corepack --version</w:t>
        <w:br/>
        <w:t>pnpm --version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289"/>
        <w:gridCol w:w="3289"/>
        <w:gridCol w:w="3289"/>
      </w:tblGrid>
      <w:tr>
        <w:tc>
          <w:tcPr>
            <w:tcW w:type="dxa" w:w="3402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检查项</w:t>
            </w:r>
          </w:p>
        </w:tc>
        <w:tc>
          <w:tcPr>
            <w:tcW w:type="dxa" w:w="3402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本次结果</w:t>
            </w:r>
          </w:p>
        </w:tc>
        <w:tc>
          <w:tcPr>
            <w:tcW w:type="dxa" w:w="2268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状态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Node.js</w:t>
            </w:r>
          </w:p>
        </w:tc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v24.20.0</w:t>
            </w:r>
          </w:p>
        </w:tc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PASS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npm</w:t>
            </w:r>
          </w:p>
        </w:tc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11.19.0</w:t>
            </w:r>
          </w:p>
        </w:tc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PASS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Corepack</w:t>
            </w:r>
          </w:p>
        </w:tc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0.35.0</w:t>
            </w:r>
          </w:p>
        </w:tc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PASS</w:t>
            </w:r>
          </w:p>
        </w:tc>
      </w:tr>
      <w:tr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pnpm</w:t>
            </w:r>
          </w:p>
        </w:tc>
        <w:tc>
          <w:tcPr>
            <w:tcW w:type="dxa" w:w="34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11.7.0</w:t>
            </w:r>
          </w:p>
        </w:tc>
        <w:tc>
          <w:tcPr>
            <w:tcW w:type="dxa" w:w="2268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PASS</w:t>
            </w:r>
          </w:p>
        </w:tc>
      </w:tr>
    </w:tbl>
    <w:p>
      <w:pPr>
        <w:spacing w:after="0"/>
      </w:pPr>
    </w:p>
    <w:p>
      <w:pPr>
        <w:pStyle w:val="Heading2"/>
      </w:pPr>
      <w:r>
        <w:t>16.2 Harness CLI / Web 测试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cd /c/ai/dsh-app</w:t>
        <w:br/>
        <w:t>pnpm exec dsh web</w:t>
      </w:r>
    </w:p>
    <w:p>
      <w:r>
        <w:rPr>
          <w:rFonts w:ascii="Noto Sans CJK SC" w:hAnsi="Noto Sans CJK SC" w:eastAsia="Noto Sans CJK SC"/>
          <w:sz w:val="21"/>
        </w:rPr>
        <w:t>能够输出 127.0.0.1:3080 的带 token 地址，并成功打开 Web UI，即为 Harness 基础启动通过。</w:t>
      </w:r>
    </w:p>
    <w:p>
      <w:pPr>
        <w:pStyle w:val="Heading2"/>
      </w:pPr>
      <w:r>
        <w:t>16.3 端口测试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netstat -ano | findstr 3080</w:t>
      </w:r>
    </w:p>
    <w:p>
      <w:r>
        <w:rPr>
          <w:rFonts w:ascii="Noto Sans CJK SC" w:hAnsi="Noto Sans CJK SC" w:eastAsia="Noto Sans CJK SC"/>
          <w:sz w:val="21"/>
        </w:rPr>
        <w:t>运行中应能找到 LISTENING。</w:t>
      </w:r>
    </w:p>
    <w:p>
      <w:pPr>
        <w:pStyle w:val="Heading2"/>
      </w:pPr>
      <w:r>
        <w:t>16.4 PID / 进程测试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tasklist /FI "PID eq 你的PID"</w:t>
      </w:r>
    </w:p>
    <w:p>
      <w:r>
        <w:rPr>
          <w:rFonts w:ascii="Noto Sans CJK SC" w:hAnsi="Noto Sans CJK SC" w:eastAsia="Noto Sans CJK SC"/>
          <w:sz w:val="21"/>
        </w:rPr>
        <w:t>结合 3080 监听 PID 验证相关 node.exe 进程。</w:t>
      </w:r>
    </w:p>
    <w:p>
      <w:pPr>
        <w:pStyle w:val="Heading2"/>
      </w:pPr>
      <w:r>
        <w:t>16.5 停止测试</w:t>
      </w:r>
    </w:p>
    <w:p>
      <w:r>
        <w:rPr>
          <w:rFonts w:ascii="Noto Sans CJK SC" w:hAnsi="Noto Sans CJK SC" w:eastAsia="Noto Sans CJK SC"/>
          <w:sz w:val="21"/>
        </w:rPr>
        <w:t>在 Harness 控制台按 Ctrl+C 后，再执行 netstat -ano | findstr 3080，原 LISTENING 应消失。</w:t>
      </w:r>
    </w:p>
    <w:p>
      <w:pPr>
        <w:pStyle w:val="Heading2"/>
      </w:pPr>
      <w:r>
        <w:t>16.6 重启测试</w:t>
      </w:r>
    </w:p>
    <w:p>
      <w:r>
        <w:rPr>
          <w:rFonts w:ascii="Noto Sans CJK SC" w:hAnsi="Noto Sans CJK SC" w:eastAsia="Noto Sans CJK SC"/>
          <w:sz w:val="21"/>
        </w:rPr>
        <w:t>重新执行 pnpm exec dsh web 或双击 BAT，Web UI 应再次正常打开。我们在处理端口冲突时已经实际经历过停止/再次启动流程。</w:t>
      </w:r>
    </w:p>
    <w:p>
      <w:pPr>
        <w:pStyle w:val="Heading2"/>
      </w:pPr>
      <w:r>
        <w:t>16.7 本轮尚未完成的功能测试</w:t>
      </w:r>
    </w:p>
    <w:p>
      <w:pPr>
        <w:pStyle w:val="ListBullet"/>
        <w:spacing w:after="40"/>
      </w:pPr>
      <w:r>
        <w:rPr>
          <w:rFonts w:ascii="Noto Sans CJK SC" w:hAnsi="Noto Sans CJK SC" w:eastAsia="Noto Sans CJK SC"/>
          <w:sz w:val="20"/>
        </w:rPr>
        <w:t>DeepSeek API / Model Provider 实际调用</w:t>
      </w:r>
    </w:p>
    <w:p>
      <w:pPr>
        <w:pStyle w:val="ListBullet"/>
        <w:spacing w:after="40"/>
      </w:pPr>
      <w:r>
        <w:rPr>
          <w:rFonts w:ascii="Noto Sans CJK SC" w:hAnsi="Noto Sans CJK SC" w:eastAsia="Noto Sans CJK SC"/>
          <w:sz w:val="20"/>
        </w:rPr>
        <w:t>Workspace 文件读取</w:t>
      </w:r>
    </w:p>
    <w:p>
      <w:pPr>
        <w:pStyle w:val="ListBullet"/>
        <w:spacing w:after="40"/>
      </w:pPr>
      <w:r>
        <w:rPr>
          <w:rFonts w:ascii="Noto Sans CJK SC" w:hAnsi="Noto Sans CJK SC" w:eastAsia="Noto Sans CJK SC"/>
          <w:sz w:val="20"/>
        </w:rPr>
        <w:t>Workspace 文件写入</w:t>
      </w:r>
    </w:p>
    <w:p>
      <w:pPr>
        <w:pStyle w:val="ListBullet"/>
        <w:spacing w:after="40"/>
      </w:pPr>
      <w:r>
        <w:rPr>
          <w:rFonts w:ascii="Noto Sans CJK SC" w:hAnsi="Noto Sans CJK SC" w:eastAsia="Noto Sans CJK SC"/>
          <w:sz w:val="20"/>
        </w:rPr>
        <w:t>Agent Shell 执行</w:t>
      </w:r>
    </w:p>
    <w:p>
      <w:pPr>
        <w:pStyle w:val="ListBullet"/>
        <w:spacing w:after="40"/>
      </w:pPr>
      <w:r>
        <w:rPr>
          <w:rFonts w:ascii="Noto Sans CJK SC" w:hAnsi="Noto Sans CJK SC" w:eastAsia="Noto Sans CJK SC"/>
          <w:sz w:val="20"/>
        </w:rPr>
        <w:t>权限边界</w:t>
      </w:r>
    </w:p>
    <w:p>
      <w:pPr>
        <w:pStyle w:val="ListBullet"/>
        <w:spacing w:after="40"/>
      </w:pPr>
      <w:r>
        <w:rPr>
          <w:rFonts w:ascii="Noto Sans CJK SC" w:hAnsi="Noto Sans CJK SC" w:eastAsia="Noto Sans CJK SC"/>
          <w:sz w:val="20"/>
        </w:rPr>
        <w:t>Plugin / Skill / Subagent</w:t>
      </w:r>
    </w:p>
    <w:p>
      <w:pPr>
        <w:pStyle w:val="ListBullet"/>
        <w:spacing w:after="40"/>
      </w:pPr>
      <w:r>
        <w:rPr>
          <w:rFonts w:ascii="Noto Sans CJK SC" w:hAnsi="Noto Sans CJK SC" w:eastAsia="Noto Sans CJK SC"/>
          <w:sz w:val="20"/>
        </w:rPr>
        <w:t>真实项目任务与重启后的会话恢复</w:t>
      </w:r>
    </w:p>
    <w:p>
      <w:r>
        <w:rPr>
          <w:rFonts w:ascii="Noto Sans CJK SC" w:hAnsi="Noto Sans CJK SC" w:eastAsia="Noto Sans CJK SC"/>
          <w:sz w:val="21"/>
        </w:rPr>
        <w:t>这些内容不能被写成“已通过”，因为本次部署阶段只验证到 Harness 成功运行并打开 Web UI。</w:t>
      </w:r>
    </w:p>
    <w:p>
      <w:pPr>
        <w:pStyle w:val="Heading1"/>
      </w:pPr>
      <w:r>
        <w:t>17. 最终状态、经验与后续边界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Windows 10                  ✅</w:t>
        <w:br/>
        <w:t>Git                         ✅</w:t>
        <w:br/>
        <w:t>Git Bash                    ✅</w:t>
        <w:br/>
        <w:t>DeepSeek Harness 源码 ZIP   ✅</w:t>
        <w:br/>
        <w:t>Node.js 24.20.0             ✅</w:t>
        <w:br/>
        <w:t>npm 11.19.0                 ✅</w:t>
        <w:br/>
        <w:t>Corepack 0.35.0             ✅</w:t>
        <w:br/>
        <w:t>pnpm 11.7.0                 ✅</w:t>
        <w:br/>
        <w:t>Python 3.13.15              ✅（电脑原有）</w:t>
        <w:br/>
        <w:t>Visual Studio Build Tools   ❌（未安装成功）</w:t>
        <w:br/>
        <w:t>源码完整依赖安装            ❌（fs-ext/MSVC 中止）</w:t>
        <w:br/>
        <w:br/>
        <w:t>C:\ai\dsh-app               ✅</w:t>
        <w:br/>
        <w:t>npm init                    ✅</w:t>
        <w:br/>
        <w:t>@deepseek-ai/dsh 0.1.2-rc.1 ✅</w:t>
        <w:br/>
        <w:t>pnpm approve-builds         ✅</w:t>
        <w:br/>
        <w:t>dsh web                     ✅</w:t>
        <w:br/>
        <w:t>127.0.0.1:3080              ✅</w:t>
        <w:br/>
        <w:t>Web UI                      ✅</w:t>
        <w:br/>
        <w:t>BAT 启动                    ✅</w:t>
      </w:r>
    </w:p>
    <w:p>
      <w:pPr>
        <w:pStyle w:val="Heading2"/>
      </w:pPr>
      <w:r>
        <w:t>17.1 最重要的部署经验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目标：使用 Harness</w:t>
        <w:br/>
        <w:t xml:space="preserve">        ↓</w:t>
        <w:br/>
        <w:t>检查基础运行环境</w:t>
        <w:br/>
        <w:t xml:space="preserve">        ↓</w:t>
        <w:br/>
        <w:t>Git Clone 受网络影响</w:t>
        <w:br/>
        <w:t xml:space="preserve">        ↓</w:t>
        <w:br/>
        <w:t>ZIP 作为源码获取替代</w:t>
        <w:br/>
        <w:t xml:space="preserve">        ↓</w:t>
        <w:br/>
        <w:t>补 Node / npm / Corepack / pnpm</w:t>
        <w:br/>
        <w:t xml:space="preserve">        ↓</w:t>
        <w:br/>
        <w:t>源码 install</w:t>
        <w:br/>
        <w:t xml:space="preserve">        ↓</w:t>
        <w:br/>
        <w:t>fs-ext → node-gyp → 缺 MSVC</w:t>
        <w:br/>
        <w:t xml:space="preserve">        ↓</w:t>
        <w:br/>
        <w:t>Visual Studio 无法安装</w:t>
        <w:br/>
        <w:t xml:space="preserve">        ↓</w:t>
        <w:br/>
        <w:t>不继续死磕完整源码构建</w:t>
        <w:br/>
        <w:t xml:space="preserve">        ↓</w:t>
        <w:br/>
        <w:t>切换官方 npm 发布包</w:t>
        <w:br/>
        <w:t xml:space="preserve">        ↓</w:t>
        <w:br/>
        <w:t>处理 pnpm build-script 审批</w:t>
        <w:br/>
        <w:t xml:space="preserve">        ↓</w:t>
        <w:br/>
        <w:t>pnpm exec dsh web</w:t>
        <w:br/>
        <w:t xml:space="preserve">        ↓</w:t>
        <w:br/>
        <w:t>成功</w:t>
      </w:r>
    </w:p>
    <w:p>
      <w:r>
        <w:rPr>
          <w:rFonts w:ascii="Noto Sans CJK SC" w:hAnsi="Noto Sans CJK SC" w:eastAsia="Noto Sans CJK SC"/>
          <w:sz w:val="21"/>
        </w:rPr>
        <w:t>以后部署其他开源项目也应先问清楚：目标是“使用软件”还是“开发软件”。源码构建失败，不代表发布版无法运行。</w:t>
      </w:r>
    </w:p>
    <w:p>
      <w:pPr>
        <w:pStyle w:val="Heading2"/>
      </w:pPr>
      <w:r>
        <w:t>17.2 推荐目录管理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C:\ai\</w:t>
        <w:br/>
        <w:t>├─ dsh-app\                 ← Harness 运行本体，不当作项目 Workspace</w:t>
        <w:br/>
        <w:t>├─ deepseek-harness-master\ ← 源码阅读/研究</w:t>
        <w:br/>
        <w:t>└─ 其他 AI 工具</w:t>
        <w:br/>
        <w:br/>
        <w:t>C:\Projects\</w:t>
        <w:br/>
        <w:t>├─ project-a\</w:t>
        <w:br/>
        <w:t>├─ project-b\</w:t>
        <w:br/>
        <w:t>└─ project-c\                ← 以后给 Harness Agent 的实际工作区</w:t>
      </w:r>
    </w:p>
    <w:p>
      <w:pPr>
        <w:pStyle w:val="Heading2"/>
      </w:pPr>
      <w:r>
        <w:t>17.3 当前官方状态（2026-09-17）</w:t>
      </w:r>
    </w:p>
    <w:p>
      <w:r>
        <w:rPr>
          <w:rFonts w:ascii="Noto Sans CJK SC" w:hAnsi="Noto Sans CJK SC" w:eastAsia="Noto Sans CJK SC"/>
          <w:sz w:val="21"/>
        </w:rPr>
        <w:t>截至 2026-09-17，DeepSeek Harness 官方仍将项目标记为 Developer Preview，可能存在破坏兼容性的变化；官方仍提供 npx 运行方式与源码构建方式。当前 master 已继续迭代，不能把本次安装的 0.1.2-rc.1 视为永久最新版本。升级前应重新检查 README、package.json、development.md、npm 发布版本以及 GitHub Issues/Discussions。</w:t>
      </w:r>
    </w:p>
    <w:p>
      <w:pPr>
        <w:pStyle w:val="Note"/>
        <w:pBdr>
          <w:left w:val="single" w:sz="12" w:space="6" w:color="5B9BD5"/>
        </w:pBdr>
      </w:pPr>
      <w:r>
        <w:rPr>
          <w:rFonts w:ascii="Noto Sans CJK SC" w:hAnsi="Noto Sans CJK SC" w:eastAsia="Noto Sans CJK SC"/>
          <w:sz w:val="19"/>
        </w:rPr>
        <w:t>手册的“本次实操环境”与“当前官方最新开发版本”是两个概念。若要完全复现本次成功结果，应锁定本次实际版本；若要升级，应重新验证依赖和 Windows 兼容性。</w:t>
      </w:r>
    </w:p>
    <w:p>
      <w:pPr>
        <w:pStyle w:val="Heading2"/>
      </w:pPr>
      <w:r>
        <w:t>17.4 后续手册边界</w:t>
      </w:r>
    </w:p>
    <w:p>
      <w:r>
        <w:rPr>
          <w:rFonts w:ascii="Noto Sans CJK SC" w:hAnsi="Noto Sans CJK SC" w:eastAsia="Noto Sans CJK SC"/>
          <w:sz w:val="21"/>
        </w:rPr>
        <w:t>本文件覆盖本轮部署中实际完成的：软件下载、Git/GitHub、ZIP 替代、Node、npm、Corepack、pnpm、源码构建尝试、fs-ext/node-gyp/MSVC、Visual Studio 无法安装、官方发布包替代、pnpm 安全审批、dsh web、Web UI、端口、token、进程、BAT、EADDRINUSE、启停与基础测试。</w:t>
      </w:r>
    </w:p>
    <w:p>
      <w:r>
        <w:rPr>
          <w:rFonts w:ascii="Noto Sans CJK SC" w:hAnsi="Noto Sans CJK SC" w:eastAsia="Noto Sans CJK SC"/>
          <w:sz w:val="21"/>
        </w:rPr>
        <w:t>后续可以在此基础上另行扩展：模型/API 配置、Workspace、Session、Agent、Shell/File 工具、权限、Skills、Plugins、Provider、Subagent、实际项目使用、升级/备份/迁移/卸载等。</w:t>
      </w:r>
    </w:p>
    <w:p>
      <w:r>
        <w:br w:type="page"/>
      </w:r>
    </w:p>
    <w:p>
      <w:pPr>
        <w:pStyle w:val="Heading1"/>
      </w:pPr>
      <w:r>
        <w:t>附录 A：命令速查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33"/>
        <w:gridCol w:w="4933"/>
      </w:tblGrid>
      <w:tr>
        <w:tc>
          <w:tcPr>
            <w:tcW w:type="dxa" w:w="4535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命令</w:t>
            </w:r>
          </w:p>
        </w:tc>
        <w:tc>
          <w:tcPr>
            <w:tcW w:type="dxa" w:w="5102"/>
            <w:vAlign w:val="center"/>
            <w:shd w:fill="D9EAF7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/>
                <w:sz w:val="18"/>
              </w:rPr>
              <w:t>用途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 --version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检查 Git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 clone &lt;URL&gt;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克隆 Git 仓库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 ls-remote &lt;URL&gt;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测试远程 Git 仓库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 status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查看 Git 工作区状态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git pull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获取并合并远程更新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pwd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显示当前目录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ls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列出目录内容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cd &lt;dir&gt;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切换目录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mkdir &lt;dir&gt;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创建目录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curl -I https://github.com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测试 GitHub HTTPS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node --version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检查 Node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npm --version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检查 npm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corepack --version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检查 Corepack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corepack enable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启用 Corepack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corepack prepare pnpm@11.7.0 --activate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准备本次指定 pnpm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pnpm --version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检查 pnpm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npm init -y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初始化 Node 项目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pnpm add @deepseek-ai/dsh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安装 Harness 发布包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pnpm approve-builds ...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审批必要安装脚本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pnpm exec dsh web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启动 Harness Web UI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netstat -ano | findstr 3080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查询 3080 监听与 PID</w:t>
            </w:r>
          </w:p>
        </w:tc>
      </w:tr>
      <w:tr>
        <w:tc>
          <w:tcPr>
            <w:tcW w:type="dxa" w:w="4535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tasklist /FI "PID eq &lt;PID&gt;"</w:t>
            </w:r>
          </w:p>
        </w:tc>
        <w:tc>
          <w:tcPr>
            <w:tcW w:type="dxa" w:w="5102"/>
            <w:vAlign w:val="center"/>
          </w:tcPr>
          <w:p>
            <w:pPr>
              <w:keepLines/>
              <w:spacing w:after="0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查询 PID 对应进程</w:t>
            </w:r>
          </w:p>
        </w:tc>
      </w:tr>
    </w:tbl>
    <w:p>
      <w:pPr>
        <w:spacing w:after="0"/>
      </w:pPr>
    </w:p>
    <w:p>
      <w:pPr>
        <w:pStyle w:val="Heading1"/>
      </w:pPr>
      <w:r>
        <w:t>附录 B：BAT 脚本全集</w:t>
      </w:r>
    </w:p>
    <w:p>
      <w:pPr>
        <w:pStyle w:val="Heading2"/>
      </w:pPr>
      <w:r>
        <w:t>B.1 最简单启动版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@echo off</w:t>
        <w:br/>
        <w:t>cd /d C:\ai\dsh-app</w:t>
        <w:br/>
        <w:t>call pnpm exec dsh web</w:t>
      </w:r>
    </w:p>
    <w:p>
      <w:pPr>
        <w:pStyle w:val="Heading2"/>
      </w:pPr>
      <w:r>
        <w:t>B.2 用户友好版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@echo off</w:t>
        <w:br/>
        <w:t>title DeepSeek Harness</w:t>
        <w:br/>
        <w:t>cd /d C:\ai\dsh-app</w:t>
        <w:br/>
        <w:br/>
        <w:t>echo ========================================</w:t>
        <w:br/>
        <w:t>echo        DeepSeek Harness Starting...</w:t>
        <w:br/>
        <w:t>echo ========================================</w:t>
        <w:br/>
        <w:t>echo.</w:t>
        <w:br/>
        <w:t>echo Please keep this window open.</w:t>
        <w:br/>
        <w:t>echo Press Ctrl+C to stop Harness.</w:t>
        <w:br/>
        <w:t>echo.</w:t>
        <w:br/>
        <w:br/>
        <w:t>call pnpm exec dsh web</w:t>
        <w:br/>
        <w:br/>
        <w:t>echo.</w:t>
        <w:br/>
        <w:t>echo DeepSeek Harness has stopped.</w:t>
        <w:br/>
        <w:t>pause</w:t>
      </w:r>
    </w:p>
    <w:p>
      <w:pPr>
        <w:pStyle w:val="Heading2"/>
      </w:pPr>
      <w:r>
        <w:t>B.3 推荐安全端口检测版</w:t>
      </w:r>
    </w:p>
    <w:p>
      <w:pPr>
        <w:pStyle w:val="CodeBlock"/>
        <w:shd w:fill="F3F5F7"/>
      </w:pPr>
      <w:r>
        <w:rPr>
          <w:rFonts w:ascii="DejaVu Sans Mono" w:hAnsi="DejaVu Sans Mono" w:eastAsia="DejaVu Sans Mono"/>
          <w:sz w:val="17"/>
        </w:rPr>
        <w:t>@echo off</w:t>
        <w:br/>
        <w:t>setlocal</w:t>
        <w:br/>
        <w:t>title DeepSeek Harness</w:t>
        <w:br/>
        <w:br/>
        <w:t>cd /d C:\ai\dsh-app</w:t>
        <w:br/>
        <w:br/>
        <w:t>echo ========================================</w:t>
        <w:br/>
        <w:t>echo        DeepSeek Harness Launcher</w:t>
        <w:br/>
        <w:t>echo ========================================</w:t>
        <w:br/>
        <w:t>echo.</w:t>
        <w:br/>
        <w:br/>
        <w:t>netstat -ano | findstr "127.0.0.1:3080" | findstr "LISTENING" &gt;nul</w:t>
        <w:br/>
        <w:br/>
        <w:t>if %errorlevel%==0 (</w:t>
        <w:br/>
        <w:t xml:space="preserve">    echo DeepSeek Harness may already be running.</w:t>
        <w:br/>
        <w:t xml:space="preserve">    echo Port 3080 is currently in use.</w:t>
        <w:br/>
        <w:t xml:space="preserve">    echo.</w:t>
        <w:br/>
        <w:t xml:space="preserve">    echo Please check the existing Harness window.</w:t>
        <w:br/>
        <w:t xml:space="preserve">    echo.</w:t>
        <w:br/>
        <w:t xml:space="preserve">    pause</w:t>
        <w:br/>
        <w:t xml:space="preserve">    exit /b 1</w:t>
        <w:br/>
        <w:t>)</w:t>
        <w:br/>
        <w:br/>
        <w:t>echo Starting DeepSeek Harness...</w:t>
        <w:br/>
        <w:t>echo.</w:t>
        <w:br/>
        <w:t>echo Keep this window open while using Harness.</w:t>
        <w:br/>
        <w:t>echo Press Ctrl+C to stop Harness.</w:t>
        <w:br/>
        <w:t>echo.</w:t>
        <w:br/>
        <w:br/>
        <w:t>call pnpm exec dsh web</w:t>
        <w:br/>
        <w:br/>
        <w:t>echo.</w:t>
        <w:br/>
        <w:t>echo ========================================</w:t>
        <w:br/>
        <w:t>echo DeepSeek Harness has stopped.</w:t>
        <w:br/>
        <w:t>echo ========================================</w:t>
        <w:br/>
        <w:t>pause</w:t>
      </w:r>
    </w:p>
    <w:p>
      <w:pPr>
        <w:pStyle w:val="Heading1"/>
      </w:pPr>
      <w:r>
        <w:t>附录 C：官方资料与下载地址</w:t>
      </w:r>
    </w:p>
    <w:p>
      <w:r>
        <w:rPr>
          <w:rFonts w:ascii="Noto Sans CJK SC" w:hAnsi="Noto Sans CJK SC" w:eastAsia="Noto Sans CJK SC"/>
          <w:b/>
          <w:sz w:val="20"/>
        </w:rPr>
        <w:t>DeepSeek Harness 官方仓库</w:t>
        <w:br/>
      </w:r>
      <w:hyperlink r:id="rId13">
        <w:r>
          <w:rPr>
            <w:color w:val="0563C1"/>
            <w:u w:val="single"/>
          </w:rPr>
          <w:t>https://github.com/deepseek-ai/deepseek-harness</w:t>
        </w:r>
      </w:hyperlink>
    </w:p>
    <w:p>
      <w:r>
        <w:rPr>
          <w:rFonts w:ascii="Noto Sans CJK SC" w:hAnsi="Noto Sans CJK SC" w:eastAsia="Noto Sans CJK SC"/>
          <w:b/>
          <w:sz w:val="20"/>
        </w:rPr>
        <w:t>Harness package.json</w:t>
        <w:br/>
      </w:r>
      <w:hyperlink r:id="rId15">
        <w:r>
          <w:rPr>
            <w:color w:val="0563C1"/>
            <w:u w:val="single"/>
          </w:rPr>
          <w:t>https://github.com/deepseek-ai/deepseek-harness/blob/master/package.json</w:t>
        </w:r>
      </w:hyperlink>
    </w:p>
    <w:p>
      <w:r>
        <w:rPr>
          <w:rFonts w:ascii="Noto Sans CJK SC" w:hAnsi="Noto Sans CJK SC" w:eastAsia="Noto Sans CJK SC"/>
          <w:b/>
          <w:sz w:val="20"/>
        </w:rPr>
        <w:t>Harness Development Guide</w:t>
        <w:br/>
      </w:r>
      <w:hyperlink r:id="rId16">
        <w:r>
          <w:rPr>
            <w:color w:val="0563C1"/>
            <w:u w:val="single"/>
          </w:rPr>
          <w:t>https://github.com/deepseek-ai/deepseek-harness/blob/master/docs/development.md</w:t>
        </w:r>
      </w:hyperlink>
    </w:p>
    <w:p>
      <w:r>
        <w:rPr>
          <w:rFonts w:ascii="Noto Sans CJK SC" w:hAnsi="Noto Sans CJK SC" w:eastAsia="Noto Sans CJK SC"/>
          <w:b/>
          <w:sz w:val="20"/>
        </w:rPr>
        <w:t>Windows fs-ext / node-gyp 相关官方社区讨论</w:t>
        <w:br/>
      </w:r>
      <w:hyperlink r:id="rId17">
        <w:r>
          <w:rPr>
            <w:color w:val="0563C1"/>
            <w:u w:val="single"/>
          </w:rPr>
          <w:t>https://github.com/deepseek-ai/deepseek-harness/discussions/5784</w:t>
        </w:r>
      </w:hyperlink>
    </w:p>
    <w:p>
      <w:r>
        <w:rPr>
          <w:rFonts w:ascii="Noto Sans CJK SC" w:hAnsi="Noto Sans CJK SC" w:eastAsia="Noto Sans CJK SC"/>
          <w:b/>
          <w:sz w:val="20"/>
        </w:rPr>
        <w:t>Node.js 官方下载</w:t>
        <w:br/>
      </w:r>
      <w:hyperlink r:id="rId12">
        <w:r>
          <w:rPr>
            <w:color w:val="0563C1"/>
            <w:u w:val="single"/>
          </w:rPr>
          <w:t>https://nodejs.org/en/download</w:t>
        </w:r>
      </w:hyperlink>
    </w:p>
    <w:p>
      <w:r>
        <w:rPr>
          <w:rFonts w:ascii="Noto Sans CJK SC" w:hAnsi="Noto Sans CJK SC" w:eastAsia="Noto Sans CJK SC"/>
          <w:b/>
          <w:sz w:val="20"/>
        </w:rPr>
        <w:t>Git for Windows</w:t>
        <w:br/>
      </w:r>
      <w:hyperlink r:id="rId11">
        <w:r>
          <w:rPr>
            <w:color w:val="0563C1"/>
            <w:u w:val="single"/>
          </w:rPr>
          <w:t>https://git-scm.com/download/win</w:t>
        </w:r>
      </w:hyperlink>
    </w:p>
    <w:p>
      <w:r>
        <w:rPr>
          <w:rFonts w:ascii="Noto Sans CJK SC" w:hAnsi="Noto Sans CJK SC" w:eastAsia="Noto Sans CJK SC"/>
          <w:b/>
          <w:sz w:val="20"/>
        </w:rPr>
        <w:t>Visual Studio C++ Build Tools</w:t>
        <w:br/>
      </w:r>
      <w:hyperlink r:id="rId14">
        <w:r>
          <w:rPr>
            <w:color w:val="0563C1"/>
            <w:u w:val="single"/>
          </w:rPr>
          <w:t>https://visualstudio.microsoft.com/visual-cpp-build-tools/</w:t>
        </w:r>
      </w:hyperlink>
    </w:p>
    <w:p>
      <w:pPr>
        <w:spacing w:before="480"/>
        <w:jc w:val="center"/>
      </w:pPr>
      <w:r>
        <w:rPr>
          <w:rFonts w:ascii="Noto Sans CJK SC" w:hAnsi="Noto Sans CJK SC" w:eastAsia="Noto Sans CJK SC"/>
          <w:color w:val="6E6E6E"/>
          <w:sz w:val="20"/>
        </w:rPr>
        <w:t>—— 文档结束 ——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964" w:right="1020" w:bottom="96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Noto Sans CJK SC" w:hAnsi="Noto Sans CJK SC" w:eastAsia="Noto Sans CJK SC"/>
        <w:sz w:val="17"/>
      </w:rPr>
      <w:t xml:space="preserve">第 </w:t>
      <w:fldChar w:fldCharType="begin"/>
      <w:instrText xml:space="preserve"> PAGE </w:instrText>
      <w:fldChar w:fldCharType="end"/>
    </w:r>
    <w:r>
      <w:rPr>
        <w:rFonts w:ascii="Noto Sans CJK SC" w:hAnsi="Noto Sans CJK SC" w:eastAsia="Noto Sans CJK SC"/>
        <w:sz w:val="17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Noto Sans CJK SC" w:hAnsi="Noto Sans CJK SC" w:eastAsia="Noto Sans CJK SC"/>
        <w:color w:val="646464"/>
        <w:sz w:val="16"/>
      </w:rPr>
      <w:t>DeepSeek Harness Windows 从零部署与故障排查手册 · 实操复盘版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Noto Sans CJK SC" w:hAnsi="Noto Sans CJK SC" w:eastAsia="Noto Sans CJK SC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160"/>
      <w:outlineLvl w:val="0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365F91" w:themeColor="accent1" w:themeShade="BF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100"/>
      <w:outlineLvl w:val="1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40" w:after="80"/>
      <w:outlineLvl w:val="2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4F81BD" w:themeColor="accent1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Noto Sans CJK SC" w:hAnsi="Noto Sans CJK SC" w:eastAsia="Noto Sans CJK SC"/>
      <w:b/>
      <w:color w:val="17365D" w:themeColor="text2" w:themeShade="B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Noto Sans CJK SC" w:hAnsi="Noto Sans CJK SC" w:eastAsia="Noto Sans CJK SC"/>
      <w:b w:val="0"/>
      <w:i/>
      <w:iCs/>
      <w:color w:val="4F81BD" w:themeColor="accent1"/>
      <w:spacing w:val="15"/>
      <w:sz w:val="2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odeBlock">
    <w:name w:val="Code Block"/>
    <w:pPr>
      <w:spacing w:before="60" w:after="100" w:line="240" w:lineRule="auto"/>
      <w:ind w:left="283" w:right="113"/>
    </w:pPr>
    <w:rPr>
      <w:rFonts w:ascii="DejaVu Sans Mono" w:hAnsi="DejaVu Sans Mono" w:eastAsia="DejaVu Sans Mono"/>
      <w:sz w:val="17"/>
    </w:rPr>
  </w:style>
  <w:style w:type="paragraph" w:customStyle="1" w:styleId="Note">
    <w:name w:val="Note"/>
    <w:pPr>
      <w:spacing w:after="100"/>
      <w:ind w:left="227" w:right="113"/>
    </w:pPr>
    <w:rPr>
      <w:rFonts w:ascii="Noto Sans CJK SC" w:hAnsi="Noto Sans CJK SC" w:eastAsia="Noto Sans CJK SC"/>
      <w:i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yperlink" Target="https://git-scm.com/download/win" TargetMode="External"/><Relationship Id="rId12" Type="http://schemas.openxmlformats.org/officeDocument/2006/relationships/hyperlink" Target="https://nodejs.org/en/download" TargetMode="External"/><Relationship Id="rId13" Type="http://schemas.openxmlformats.org/officeDocument/2006/relationships/hyperlink" Target="https://github.com/deepseek-ai/deepseek-harness" TargetMode="External"/><Relationship Id="rId14" Type="http://schemas.openxmlformats.org/officeDocument/2006/relationships/hyperlink" Target="https://visualstudio.microsoft.com/visual-cpp-build-tools/" TargetMode="External"/><Relationship Id="rId15" Type="http://schemas.openxmlformats.org/officeDocument/2006/relationships/hyperlink" Target="https://github.com/deepseek-ai/deepseek-harness/blob/master/package.json" TargetMode="External"/><Relationship Id="rId16" Type="http://schemas.openxmlformats.org/officeDocument/2006/relationships/hyperlink" Target="https://github.com/deepseek-ai/deepseek-harness/blob/master/docs/development.md" TargetMode="External"/><Relationship Id="rId17" Type="http://schemas.openxmlformats.org/officeDocument/2006/relationships/hyperlink" Target="https://github.com/deepseek-ai/deepseek-harness/discussions/57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DeepSeek Harness Windows 从零部署、故障排查与日常运行手册</dc:title>
  <dc:subject>DeepSeek Harness 实操复盘与部署手册</dc:subject>
  <dc:creator>OpenAI ChatGPT</dc:creator>
  <cp:keywords/>
  <dc:description>基于用户本次实际部署过程整理。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